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ADMINISTRATIVE ASSISTANT EMPLOYMENT AGREEMENT</w:t>
      </w:r>
    </w:p>
    <w:p/>
    <w:p>
      <w:r>
        <w:rPr>
          <w:b/>
          <w:sz w:val="20"/>
        </w:rPr>
        <w:t>This Employment Agreement (the “Agreement”) is entered into by and between:</w:t>
      </w:r>
    </w:p>
    <w:p>
      <w:r>
        <w:rPr>
          <w:b w:val="0"/>
          <w:sz w:val="20"/>
        </w:rPr>
        <w:t>Employer: ____________________________________________________________</w:t>
      </w:r>
    </w:p>
    <w:p>
      <w:r>
        <w:rPr>
          <w:b w:val="0"/>
          <w:sz w:val="20"/>
        </w:rPr>
        <w:t>Address: _____________________________________________________________</w:t>
      </w:r>
    </w:p>
    <w:p>
      <w:r>
        <w:rPr>
          <w:b w:val="0"/>
          <w:sz w:val="20"/>
        </w:rPr>
        <w:t>AND</w:t>
      </w:r>
    </w:p>
    <w:p>
      <w:r>
        <w:rPr>
          <w:b w:val="0"/>
          <w:sz w:val="20"/>
        </w:rPr>
        <w:t>Employee (Administrative Assistant): ___________________________________</w:t>
      </w:r>
    </w:p>
    <w:p>
      <w:r>
        <w:rPr>
          <w:b w:val="0"/>
          <w:sz w:val="20"/>
        </w:rPr>
        <w:t>Address: _____________________________________________________________</w:t>
      </w:r>
    </w:p>
    <w:p/>
    <w:p>
      <w:r>
        <w:rPr>
          <w:b/>
          <w:sz w:val="20"/>
        </w:rPr>
        <w:t>RECITALS</w:t>
      </w:r>
    </w:p>
    <w:p>
      <w:r>
        <w:rPr>
          <w:b w:val="0"/>
          <w:sz w:val="20"/>
        </w:rPr>
        <w:t>WHEREAS, Employer desires to employ Employee as an Administrative Assistant and Employee desires to accept such employment under the terms set forth herein;</w:t>
      </w:r>
    </w:p>
    <w:p>
      <w:r>
        <w:rPr>
          <w:b w:val="0"/>
          <w:sz w:val="20"/>
        </w:rPr>
        <w:t>NOW, THEREFORE, in consideration of the mutual promises and covenants contained herein, the parties agree as follows:</w:t>
      </w:r>
    </w:p>
    <w:p/>
    <w:p>
      <w:r>
        <w:rPr>
          <w:b/>
          <w:sz w:val="20"/>
        </w:rPr>
        <w:t>1. Position and Duties</w:t>
      </w:r>
    </w:p>
    <w:p>
      <w:r>
        <w:rPr>
          <w:b w:val="0"/>
          <w:sz w:val="20"/>
        </w:rPr>
        <w:t>1.1 Employer hereby employs Employee as Administrative Assistant. Employee accepts such employment and agrees to perform the duties and responsibilities described below faithfully, diligently, and to the best of Employee's ability.</w:t>
      </w:r>
    </w:p>
    <w:p>
      <w:r>
        <w:rPr>
          <w:b w:val="0"/>
          <w:sz w:val="20"/>
        </w:rPr>
        <w:t>1.2 Employee’s duties shall include, but are not limited to:</w:t>
      </w:r>
    </w:p>
    <w:p>
      <w:r>
        <w:rPr>
          <w:b w:val="0"/>
          <w:sz w:val="20"/>
        </w:rPr>
        <w:t>- Managing and organizing office communications, including email and phone calls.</w:t>
      </w:r>
    </w:p>
    <w:p>
      <w:r>
        <w:rPr>
          <w:b w:val="0"/>
          <w:sz w:val="20"/>
        </w:rPr>
        <w:t>- Scheduling and coordinating meetings, appointments, and travel arrangements.</w:t>
      </w:r>
    </w:p>
    <w:p>
      <w:r>
        <w:rPr>
          <w:b w:val="0"/>
          <w:sz w:val="20"/>
        </w:rPr>
        <w:t>- Preparing, reviewing, and filing correspondence and documents.</w:t>
      </w:r>
    </w:p>
    <w:p>
      <w:r>
        <w:rPr>
          <w:b w:val="0"/>
          <w:sz w:val="20"/>
        </w:rPr>
        <w:t>- Maintaining office systems and records, including databases and filing.</w:t>
      </w:r>
    </w:p>
    <w:p>
      <w:r>
        <w:rPr>
          <w:b w:val="0"/>
          <w:sz w:val="20"/>
        </w:rPr>
        <w:t>- Assisting with bookkeeping and basic accounting tasks as assigned.</w:t>
      </w:r>
    </w:p>
    <w:p>
      <w:r>
        <w:rPr>
          <w:b w:val="0"/>
          <w:sz w:val="20"/>
        </w:rPr>
        <w:t>- Coordinating with other employees and external contacts as necessary.</w:t>
      </w:r>
    </w:p>
    <w:p>
      <w:r>
        <w:rPr>
          <w:b w:val="0"/>
          <w:sz w:val="20"/>
        </w:rPr>
        <w:t>- Performing additional tasks reasonably related to the position as requested by Employer.</w:t>
      </w:r>
    </w:p>
    <w:p/>
    <w:p>
      <w:r>
        <w:rPr>
          <w:b/>
          <w:sz w:val="20"/>
        </w:rPr>
        <w:t>2. Employment Term</w:t>
      </w:r>
    </w:p>
    <w:p>
      <w:r>
        <w:rPr>
          <w:b w:val="0"/>
          <w:sz w:val="20"/>
        </w:rPr>
        <w:t>2.1 This Agreement shall commence on the date of execution and shall continue until terminated by either party in accordance with Section 7 of this Agreement.</w:t>
      </w:r>
    </w:p>
    <w:p/>
    <w:p>
      <w:r>
        <w:rPr>
          <w:b/>
          <w:sz w:val="20"/>
        </w:rPr>
        <w:t>3. Compensation</w:t>
      </w:r>
    </w:p>
    <w:p>
      <w:r>
        <w:rPr>
          <w:b w:val="0"/>
          <w:sz w:val="20"/>
        </w:rPr>
        <w:t>3.1 Employer shall pay Employee a salary of $________________ per [hour/week/month], payable in accordance with Employer’s regular payroll practices.</w:t>
      </w:r>
    </w:p>
    <w:p>
      <w:r>
        <w:rPr>
          <w:b w:val="0"/>
          <w:sz w:val="20"/>
        </w:rPr>
        <w:t>3.2 Employee may be eligible for bonuses or other benefits at Employer’s sole discretion and subject to Employer’s policies.</w:t>
      </w:r>
    </w:p>
    <w:p/>
    <w:p>
      <w:r>
        <w:rPr>
          <w:b/>
          <w:sz w:val="20"/>
        </w:rPr>
        <w:t>4. Work Schedule</w:t>
      </w:r>
    </w:p>
    <w:p>
      <w:r>
        <w:rPr>
          <w:b w:val="0"/>
          <w:sz w:val="20"/>
        </w:rPr>
        <w:t>4.1 Employee shall work approximately ______________ hours per week during Employer’s normal business hours, which are from ___________ to ___________, [days of week].</w:t>
      </w:r>
    </w:p>
    <w:p>
      <w:r>
        <w:rPr>
          <w:b w:val="0"/>
          <w:sz w:val="20"/>
        </w:rPr>
        <w:t>4.2 Employee agrees to devote necessary time and attention to perform the duties described herein and to comply with Employer’s policies and procedures.</w:t>
      </w:r>
    </w:p>
    <w:p/>
    <w:p>
      <w:r>
        <w:rPr>
          <w:b/>
          <w:sz w:val="20"/>
        </w:rPr>
        <w:t>5. Confidentiality</w:t>
      </w:r>
    </w:p>
    <w:p>
      <w:r>
        <w:rPr>
          <w:b w:val="0"/>
          <w:sz w:val="20"/>
        </w:rPr>
        <w:t>5.1 Employee acknowledges that in the course of employment, Employee will have access to confidential and proprietary information of Employer, including but not limited to client information, trade secrets, business strategies, and financial data (collectively, “Confidential Information”).</w:t>
      </w:r>
    </w:p>
    <w:p>
      <w:r>
        <w:rPr>
          <w:b w:val="0"/>
          <w:sz w:val="20"/>
        </w:rPr>
        <w:t>5.2 Employee agrees to maintain the confidentiality of all such Confidential Information and not to disclose or use it for any purpose other than the performance of Employee’s duties under this Agreement, both during and after the term of employment, except as required by law or authorized by Employer in writing.</w:t>
      </w:r>
    </w:p>
    <w:p/>
    <w:p>
      <w:r>
        <w:rPr>
          <w:b/>
          <w:sz w:val="20"/>
        </w:rPr>
        <w:t>6. Employment Relationship</w:t>
      </w:r>
    </w:p>
    <w:p>
      <w:r>
        <w:rPr>
          <w:b w:val="0"/>
          <w:sz w:val="20"/>
        </w:rPr>
        <w:t>6.1 Employee understands and agrees that employment is at-will, meaning either party may terminate the employment relationship at any time, with or without cause or notice, subject to applicable law.</w:t>
      </w:r>
    </w:p>
    <w:p>
      <w:r>
        <w:rPr>
          <w:b w:val="0"/>
          <w:sz w:val="20"/>
        </w:rPr>
        <w:t>6.2 Nothing in this Agreement shall be construed to create a contract of employment for a definite term or to limit Employer’s right to terminate employment at will.</w:t>
      </w:r>
    </w:p>
    <w:p/>
    <w:p>
      <w:r>
        <w:rPr>
          <w:b/>
          <w:sz w:val="20"/>
        </w:rPr>
        <w:t>7. Termination</w:t>
      </w:r>
    </w:p>
    <w:p>
      <w:r>
        <w:rPr>
          <w:b w:val="0"/>
          <w:sz w:val="20"/>
        </w:rPr>
        <w:t>7.1 Either party may terminate this Agreement at any time by providing written notice to the other party.</w:t>
      </w:r>
    </w:p>
    <w:p>
      <w:r>
        <w:rPr>
          <w:b w:val="0"/>
          <w:sz w:val="20"/>
        </w:rPr>
        <w:t>7.2 Employer may terminate Employee’s employment immediately for cause, including but not limited to gross misconduct, breach of this Agreement, dishonesty, or other acts detrimental to Employer.</w:t>
      </w:r>
    </w:p>
    <w:p>
      <w:r>
        <w:rPr>
          <w:b w:val="0"/>
          <w:sz w:val="20"/>
        </w:rPr>
        <w:t>7.3 Upon termination, Employee shall immediately return all Employer property and Confidential Information in Employee’s possession.</w:t>
      </w:r>
    </w:p>
    <w:p/>
    <w:p>
      <w:r>
        <w:rPr>
          <w:b/>
          <w:sz w:val="20"/>
        </w:rPr>
        <w:t>8. Employee Representations and Warranties</w:t>
      </w:r>
    </w:p>
    <w:p>
      <w:r>
        <w:rPr>
          <w:b w:val="0"/>
          <w:sz w:val="20"/>
        </w:rPr>
        <w:t>8.1 Employee represents that Employee is legally authorized to work in the United States and will provide all necessary documentation verifying such authorization.</w:t>
      </w:r>
    </w:p>
    <w:p>
      <w:r>
        <w:rPr>
          <w:b w:val="0"/>
          <w:sz w:val="20"/>
        </w:rPr>
        <w:t>8.2 Employee confirms that entering into this Agreement does not violate any other agreement or obligation binding Employee.</w:t>
      </w:r>
    </w:p>
    <w:p/>
    <w:p>
      <w:r>
        <w:rPr>
          <w:b/>
          <w:sz w:val="20"/>
        </w:rPr>
        <w:t>9. Governing Law and Dispute Resolution</w:t>
      </w:r>
    </w:p>
    <w:p>
      <w:r>
        <w:rPr>
          <w:b w:val="0"/>
          <w:sz w:val="20"/>
        </w:rPr>
        <w:t>9.1 This Agreement shall be governed by and construed in accordance with the laws of the State of __________________, without regard to its conflict of laws principles.</w:t>
      </w:r>
    </w:p>
    <w:p>
      <w:r>
        <w:rPr>
          <w:b w:val="0"/>
          <w:sz w:val="20"/>
        </w:rPr>
        <w:t>9.2 Any dispute arising under or related to this Agreement shall be resolved first through good faith negotiations between the parties.</w:t>
      </w:r>
    </w:p>
    <w:p>
      <w:r>
        <w:rPr>
          <w:b w:val="0"/>
          <w:sz w:val="20"/>
        </w:rPr>
        <w:t>9.3 If the dispute cannot be resolved amicably, the parties agree to submit the matter to binding arbitration in accordance with the rules of the American Arbitration Association, held in __________________, State of __________________.</w:t>
      </w:r>
    </w:p>
    <w:p/>
    <w:p>
      <w:r>
        <w:rPr>
          <w:b/>
          <w:sz w:val="20"/>
        </w:rPr>
        <w:t>10. Entire Agreement</w:t>
      </w:r>
    </w:p>
    <w:p>
      <w:r>
        <w:rPr>
          <w:b w:val="0"/>
          <w:sz w:val="20"/>
        </w:rPr>
        <w:t>10.1 This Agreement, including any attachments or exhibits, constitutes the entire agreement between the parties relating to the subject matter herein and supersedes all prior oral or written agreements.</w:t>
      </w:r>
    </w:p>
    <w:p>
      <w:r>
        <w:rPr>
          <w:b w:val="0"/>
          <w:sz w:val="20"/>
        </w:rPr>
        <w:t>10.2 Any amendments or modifications to this Agreement must be in writing and signed by both parties.</w:t>
      </w:r>
    </w:p>
    <w:p/>
    <w:p>
      <w:r>
        <w:rPr>
          <w:b/>
          <w:sz w:val="20"/>
        </w:rPr>
        <w:t>11. Severability</w:t>
      </w:r>
    </w:p>
    <w:p>
      <w:r>
        <w:rPr>
          <w:b w:val="0"/>
          <w:sz w:val="20"/>
        </w:rPr>
        <w:t>11.1 If any provision of this Agreement is found to be invalid, illegal, or unenforceable, the remaining provisions shall continue in full force and effect.</w:t>
      </w:r>
    </w:p>
    <w:p/>
    <w:p>
      <w:r>
        <w:rPr>
          <w:b/>
          <w:sz w:val="20"/>
        </w:rPr>
        <w:t>12. Notices</w:t>
      </w:r>
    </w:p>
    <w:p>
      <w:r>
        <w:rPr>
          <w:b w:val="0"/>
          <w:sz w:val="20"/>
        </w:rPr>
        <w:t>12.1 All notices required or permitted under this Agreement shall be in writing and delivered personally, sent by certified mail, return receipt requested, or by a nationally recognized overnight courier to the parties at their addresses set forth above or such other addresses as may be designated in writing.</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https://docs-administrative.com/administrative-assistant-contract-template/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administrative-assistant-contract-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