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BOOK CLUB AGENDA</w:t>
      </w:r>
    </w:p>
    <w:p/>
    <w:p/>
    <w:p>
      <w:r>
        <w:rPr>
          <w:b/>
          <w:sz w:val="22"/>
        </w:rPr>
        <w:t>Meeting Information</w:t>
      </w:r>
    </w:p>
    <w:p>
      <w:r>
        <w:rPr>
          <w:b w:val="0"/>
          <w:sz w:val="20"/>
        </w:rPr>
        <w:t>Location: ____________________________________________________________</w:t>
      </w:r>
    </w:p>
    <w:p>
      <w:r>
        <w:rPr>
          <w:b w:val="0"/>
          <w:sz w:val="20"/>
        </w:rPr>
        <w:t>Facilitator: __________________________________________________________</w:t>
      </w:r>
    </w:p>
    <w:p>
      <w:r>
        <w:rPr>
          <w:b w:val="0"/>
          <w:sz w:val="20"/>
        </w:rPr>
        <w:t>Note Taker: __________________________________________________________</w:t>
      </w:r>
    </w:p>
    <w:p>
      <w:r>
        <w:rPr>
          <w:b w:val="0"/>
          <w:sz w:val="20"/>
        </w:rPr>
        <w:t>Time: ________________________________________________________________</w:t>
      </w:r>
    </w:p>
    <w:p>
      <w:r>
        <w:rPr>
          <w:b w:val="0"/>
          <w:sz w:val="20"/>
        </w:rPr>
        <w:t>Attendees: ___________________________________________________________</w:t>
      </w:r>
    </w:p>
    <w:p/>
    <w:p>
      <w:r>
        <w:rPr>
          <w:b/>
          <w:sz w:val="22"/>
        </w:rPr>
        <w:t>Review of Previous Meeting Minutes</w:t>
      </w:r>
    </w:p>
    <w:p>
      <w:r>
        <w:rPr>
          <w:b w:val="0"/>
          <w:sz w:val="20"/>
        </w:rPr>
        <w:t>Summary of last meeting's discussion and decisions: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2"/>
        </w:rPr>
        <w:t>Book Discussion</w:t>
      </w:r>
    </w:p>
    <w:p>
      <w:r>
        <w:rPr>
          <w:b w:val="0"/>
          <w:sz w:val="20"/>
        </w:rPr>
        <w:t>Book Title: __________________________________________________________</w:t>
      </w:r>
    </w:p>
    <w:p>
      <w:r>
        <w:rPr>
          <w:b w:val="0"/>
          <w:sz w:val="20"/>
        </w:rPr>
        <w:t>Author: ______________________________________________________________</w:t>
      </w:r>
    </w:p>
    <w:p>
      <w:r>
        <w:rPr>
          <w:b w:val="0"/>
          <w:sz w:val="20"/>
        </w:rPr>
        <w:t>Discussion Leader: ____________________________________________________</w:t>
      </w:r>
    </w:p>
    <w:p>
      <w:r>
        <w:rPr>
          <w:b w:val="0"/>
          <w:sz w:val="20"/>
        </w:rPr>
        <w:t>Key Themes Discussed: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Member Opinions and Insights: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2"/>
        </w:rPr>
        <w:t>Member Contributions and Announcements</w:t>
      </w:r>
    </w:p>
    <w:p>
      <w:r>
        <w:rPr>
          <w:b w:val="0"/>
          <w:sz w:val="20"/>
        </w:rPr>
        <w:t>Member Recommendations for Future Books: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Upcoming Events or Announcements: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2"/>
        </w:rPr>
        <w:t>Action Items</w:t>
      </w:r>
    </w:p>
    <w:p>
      <w:r>
        <w:rPr>
          <w:b w:val="0"/>
          <w:sz w:val="20"/>
        </w:rPr>
        <w:t>Assigned Tasks:</w:t>
      </w:r>
    </w:p>
    <w:p>
      <w:r>
        <w:rPr>
          <w:b w:val="0"/>
          <w:sz w:val="20"/>
        </w:rPr>
        <w:t>1. 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</w:t>
      </w:r>
    </w:p>
    <w:p>
      <w:r>
        <w:rPr>
          <w:b w:val="0"/>
          <w:sz w:val="20"/>
        </w:rPr>
        <w:t>Deadlines and Responsible Parties: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/>
          <w:sz w:val="22"/>
        </w:rPr>
        <w:t>Next Meeting</w:t>
      </w:r>
    </w:p>
    <w:p>
      <w:r>
        <w:rPr>
          <w:b w:val="0"/>
          <w:sz w:val="20"/>
        </w:rPr>
        <w:t>Date: _______________________________________________________________</w:t>
      </w:r>
    </w:p>
    <w:p>
      <w:r>
        <w:rPr>
          <w:b w:val="0"/>
          <w:sz w:val="20"/>
        </w:rPr>
        <w:t>Time: _______________________________________________________________</w:t>
      </w:r>
    </w:p>
    <w:p>
      <w:r>
        <w:rPr>
          <w:b w:val="0"/>
          <w:sz w:val="20"/>
        </w:rPr>
        <w:t>Location: ___________________________________________________________</w:t>
      </w:r>
    </w:p>
    <w:p>
      <w:r>
        <w:rPr>
          <w:b w:val="0"/>
          <w:sz w:val="20"/>
        </w:rPr>
        <w:t>Facilitator for Next Meeting: ________________________________________</w:t>
      </w:r>
    </w:p>
    <w:p>
      <w:r>
        <w:rPr>
          <w:b w:val="0"/>
          <w:sz w:val="20"/>
        </w:rPr>
        <w:t>Book to be Discussed Next Meeting: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Facilitator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Note Taker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https://docs-administrative.com/book-club-agenda-template/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https://docs-administrative.com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docs-administrative.com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administrative.com/book-club-agenda-template/" TargetMode="External"/><Relationship Id="rId10" Type="http://schemas.openxmlformats.org/officeDocument/2006/relationships/hyperlink" Target="https://docs-administrat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