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CEASE AND DESIST LETTER</w:t>
      </w:r>
    </w:p>
    <w:p/>
    <w:p>
      <w:r>
        <w:rPr>
          <w:b/>
          <w:sz w:val="20"/>
        </w:rPr>
        <w:t>Sender Information:</w:t>
      </w:r>
    </w:p>
    <w:p>
      <w:r>
        <w:rPr>
          <w:b w:val="0"/>
          <w:sz w:val="20"/>
        </w:rPr>
        <w:t>Full Name: ____________________________________________________________</w:t>
      </w:r>
    </w:p>
    <w:p>
      <w:r>
        <w:rPr>
          <w:b w:val="0"/>
          <w:sz w:val="20"/>
        </w:rPr>
        <w:t>Company (if applicable): 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Recipient Information:</w:t>
      </w:r>
    </w:p>
    <w:p>
      <w:r>
        <w:rPr>
          <w:b w:val="0"/>
          <w:sz w:val="20"/>
        </w:rPr>
        <w:t>Full Name: ____________________________________________________________</w:t>
      </w:r>
    </w:p>
    <w:p>
      <w:r>
        <w:rPr>
          <w:b w:val="0"/>
          <w:sz w:val="20"/>
        </w:rPr>
        <w:t>Company (if applicable): 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Pr>
        <w:jc w:val="center"/>
      </w:pPr>
      <w:r>
        <w:rPr>
          <w:b/>
          <w:sz w:val="20"/>
        </w:rPr>
        <w:t>Subject: Demand to Cease and Desist Unlawful Activity</w:t>
      </w:r>
    </w:p>
    <w:p/>
    <w:p/>
    <w:p>
      <w:r>
        <w:rPr>
          <w:b/>
          <w:sz w:val="20"/>
        </w:rPr>
        <w:t>To Whom It May Concern,</w:t>
      </w:r>
    </w:p>
    <w:p>
      <w:r>
        <w:rPr>
          <w:b w:val="0"/>
          <w:sz w:val="20"/>
        </w:rPr>
        <w:t>This letter serves as a formal demand for you to immediately cease and desist all unlawful activities described herein. This communication is sent without prejudice to any rights or remedies available to the undersigned, all of which are expressly reserved.</w:t>
      </w:r>
    </w:p>
    <w:p/>
    <w:p>
      <w:r>
        <w:rPr>
          <w:b/>
          <w:sz w:val="20"/>
        </w:rPr>
        <w:t>Description of Infringing or Unlawful Activity:</w:t>
      </w:r>
    </w:p>
    <w:p>
      <w:r>
        <w:rPr>
          <w:b w:val="0"/>
          <w:sz w:val="20"/>
        </w:rPr>
        <w:t>It has come to our attention that you have engaged in the following unlawful acts, which constitute a violation of our legal rights:</w:t>
      </w:r>
    </w:p>
    <w:p>
      <w:r>
        <w:rPr>
          <w:b w:val="0"/>
          <w:sz w:val="20"/>
        </w:rPr>
        <w:t>_______________________________________________________________________</w:t>
      </w:r>
    </w:p>
    <w:p>
      <w:r>
        <w:rPr>
          <w:b w:val="0"/>
          <w:sz w:val="20"/>
        </w:rPr>
        <w:t>_______________________________________________________________________</w:t>
      </w:r>
    </w:p>
    <w:p>
      <w:r>
        <w:rPr>
          <w:b w:val="0"/>
          <w:sz w:val="20"/>
        </w:rPr>
        <w:t>_______________________________________________________________________</w:t>
      </w:r>
    </w:p>
    <w:p/>
    <w:p>
      <w:r>
        <w:rPr>
          <w:b/>
          <w:sz w:val="20"/>
        </w:rPr>
        <w:t>Statement of Rights:</w:t>
      </w:r>
    </w:p>
    <w:p>
      <w:r>
        <w:rPr>
          <w:b w:val="0"/>
          <w:sz w:val="20"/>
        </w:rPr>
        <w:t>The actions described above infringe upon our rights under applicable laws, including but not limited to intellectual property laws, contract laws, and other relevant statutes.</w:t>
      </w:r>
    </w:p>
    <w:p>
      <w:r>
        <w:rPr>
          <w:b w:val="0"/>
          <w:sz w:val="20"/>
        </w:rPr>
        <w:t>We have not authorized, licensed, or consented to the activity described above, and such activity constitutes a violation of our lawful interests.</w:t>
      </w:r>
    </w:p>
    <w:p/>
    <w:p>
      <w:r>
        <w:rPr>
          <w:b/>
          <w:sz w:val="20"/>
        </w:rPr>
        <w:t>Demand:</w:t>
      </w:r>
    </w:p>
    <w:p>
      <w:r>
        <w:rPr>
          <w:b w:val="0"/>
          <w:sz w:val="20"/>
        </w:rPr>
        <w:t>You are hereby directed to immediately cease and desist all unauthorized and unlawful activities described above.</w:t>
      </w:r>
    </w:p>
    <w:p>
      <w:r>
        <w:rPr>
          <w:b w:val="0"/>
          <w:sz w:val="20"/>
        </w:rPr>
        <w:t>Failure to comply with this demand will leave us no choice but to pursue all available legal remedies, including seeking monetary damages, injunctive relief, and recovery of attorney’s fees and costs.</w:t>
      </w:r>
    </w:p>
    <w:p/>
    <w:p>
      <w:r>
        <w:rPr>
          <w:b/>
          <w:sz w:val="20"/>
        </w:rPr>
        <w:t>Legal Consequences of Non-Compliance:</w:t>
      </w:r>
    </w:p>
    <w:p>
      <w:r>
        <w:rPr>
          <w:b w:val="0"/>
          <w:sz w:val="20"/>
        </w:rPr>
        <w:t>Continued infringement or unlawful conduct may expose you to serious legal consequences under United States law, including but not limited to civil lawsuits, court injunctions, and financial penalties.</w:t>
      </w:r>
    </w:p>
    <w:p/>
    <w:p>
      <w:r>
        <w:rPr>
          <w:b/>
          <w:sz w:val="20"/>
        </w:rPr>
        <w:t>Reservation of Rights:</w:t>
      </w:r>
    </w:p>
    <w:p>
      <w:r>
        <w:rPr>
          <w:b w:val="0"/>
          <w:sz w:val="20"/>
        </w:rPr>
        <w:t>This letter does not constitute a full or complete statement of our rights, claims, or remedies, all of which are expressly reserved.</w:t>
      </w:r>
    </w:p>
    <w:p/>
    <w:p>
      <w:r>
        <w:rPr>
          <w:b/>
          <w:sz w:val="20"/>
        </w:rPr>
        <w:t>Request for Confirmation:</w:t>
      </w:r>
    </w:p>
    <w:p>
      <w:r>
        <w:rPr>
          <w:b w:val="0"/>
          <w:sz w:val="20"/>
        </w:rPr>
        <w:t>Please provide written confirmation within seven (7) calendar days of receipt of this letter that you have complied with the demand to cease and desist.</w:t>
      </w:r>
    </w:p>
    <w:p/>
    <w:p>
      <w:r>
        <w:rPr>
          <w:b/>
          <w:sz w:val="20"/>
        </w:rPr>
        <w:t>Sincerely,</w:t>
      </w:r>
    </w:p>
    <w:p/>
    <w:p/>
    <w:p/>
    <w:p>
      <w:r>
        <w:rPr>
          <w:b w:val="0"/>
          <w:sz w:val="20"/>
        </w:rPr>
        <w:t>________________________________________</w:t>
      </w:r>
    </w:p>
    <w:p>
      <w:r>
        <w:rPr>
          <w:b w:val="0"/>
          <w:sz w:val="20"/>
        </w:rPr>
        <w:t>Signature of Sender</w:t>
      </w:r>
    </w:p>
    <w:p/>
    <w:p/>
    <w:p>
      <w:r>
        <w:rPr>
          <w:b w:val="0"/>
          <w:sz w:val="20"/>
        </w:rPr>
        <w:t>Date: ____________________________</w:t>
      </w:r>
    </w:p>
    <w:p>
      <w:r>
        <w:rPr>
          <w:b w:val="0"/>
          <w:sz w:val="20"/>
        </w:rPr>
        <w:t>Printed Name: __________________________________________</w:t>
      </w:r>
    </w:p>
    <w:p>
      <w:r>
        <w:rPr>
          <w:b w:val="0"/>
          <w:sz w:val="20"/>
        </w:rPr>
        <w:t>Title/Position (if applicable): 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https://docs-administrative.com/cease-and-desist-template/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cease-and-desist-template/"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