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CHARACTER WITNESS LETTER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I, the undersigned, hereby provide this Character Witness Letter in support of the individual named below. I have personal knowledge of this person's character, integrity, and conduct and offer this testimony voluntarily and truthfully.</w:t>
      </w:r>
    </w:p>
    <w:p/>
    <w:p/>
    <w:p>
      <w:r>
        <w:rPr>
          <w:b/>
          <w:sz w:val="20"/>
        </w:rPr>
        <w:t>Witness Information: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Subject of the Letter: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</w:t>
      </w:r>
    </w:p>
    <w:p>
      <w:r>
        <w:rPr>
          <w:b w:val="0"/>
          <w:sz w:val="20"/>
        </w:rPr>
        <w:t>Relationship to Witness: _________________________________________________</w:t>
      </w:r>
    </w:p>
    <w:p/>
    <w:p>
      <w:r>
        <w:rPr>
          <w:b/>
          <w:sz w:val="20"/>
        </w:rPr>
        <w:t>Character Statement:</w:t>
      </w:r>
    </w:p>
    <w:p>
      <w:r>
        <w:rPr>
          <w:b w:val="0"/>
          <w:sz w:val="20"/>
        </w:rPr>
        <w:t>I have known the above-named individual for ______________ years and can attest to their good moral character, honesty, and reliability. Throughout the time I have known them, I have observed their commitment to lawful and ethical behavior, their respect for others, and their responsible attitude.</w:t>
      </w:r>
    </w:p>
    <w:p/>
    <w:p>
      <w:r>
        <w:rPr>
          <w:b w:val="0"/>
          <w:sz w:val="20"/>
        </w:rPr>
        <w:t>In my opinion, this person is trustworthy and possesses qualities that make them a valuable member of the community. I am confident that they will conduct themselves with integrity and respect in all matters before the court.</w:t>
      </w:r>
    </w:p>
    <w:p/>
    <w:p>
      <w:r>
        <w:rPr>
          <w:b/>
          <w:sz w:val="20"/>
        </w:rPr>
        <w:t>Purpose of Letter:</w:t>
      </w:r>
    </w:p>
    <w:p>
      <w:r>
        <w:rPr>
          <w:b w:val="0"/>
          <w:sz w:val="20"/>
        </w:rPr>
        <w:t>This letter is provided to assist the court in its consideration regarding the character and reputation of the individual named herein. I understand the serious nature of this statement and affirm that the information contained within is true to the best of my knowledge and belief.</w:t>
      </w:r>
    </w:p>
    <w:p/>
    <w:p>
      <w:r>
        <w:rPr>
          <w:b/>
          <w:sz w:val="20"/>
        </w:rPr>
        <w:t>Closing Statement:</w:t>
      </w:r>
    </w:p>
    <w:p>
      <w:r>
        <w:rPr>
          <w:b w:val="0"/>
          <w:sz w:val="20"/>
        </w:rPr>
        <w:t>I am willing to appear in court if required and to testify regarding the contents of this letter. Please do not hesitate to contact me for any further information or clarification.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Phone/Email: __________________________________</w:t>
            </w:r>
          </w:p>
        </w:tc>
      </w:tr>
    </w:tbl>
    <w:p/>
    <w:p/>
    <w:p>
      <w:pPr>
        <w:jc w:val="center"/>
      </w:pPr>
      <w:r>
        <w:rPr>
          <w:b/>
          <w:sz w:val="20"/>
        </w:rPr>
        <w:t>NOTARY ACKNOWLEDGMENT</w:t>
      </w:r>
    </w:p>
    <w:p/>
    <w:p>
      <w:r>
        <w:rPr>
          <w:b w:val="0"/>
          <w:sz w:val="20"/>
        </w:rPr>
        <w:t>State of ______________________</w:t>
        <w:br/>
        <w:t>County of _____________________</w:t>
        <w:br/>
        <w:br/>
        <w:t>On this ______ day of ________________, before me, the undersigned Notary Public, personally appeared ________________________________, known to me or satisfactorily proven to be the person whose name is subscribed to the within instrument, and acknowledged that they executed the same for the purposes therein contained.</w:t>
        <w:br/>
      </w:r>
    </w:p>
    <w:p>
      <w:r>
        <w:rPr>
          <w:b w:val="0"/>
          <w:sz w:val="20"/>
        </w:rPr>
        <w:t>Notary Public Signature: ____________________________________________</w:t>
      </w:r>
    </w:p>
    <w:p>
      <w:r>
        <w:rPr>
          <w:b w:val="0"/>
          <w:sz w:val="20"/>
        </w:rPr>
        <w:t>My commission expires: ______________________________________________</w:t>
      </w:r>
    </w:p>
    <w:p>
      <w:r>
        <w:rPr>
          <w:b w:val="0"/>
          <w:sz w:val="20"/>
        </w:rPr>
        <w:t>Notary Seal: _______________________________________________________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https://docs-administrative.com/character-witness-letter-for-court-template/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https://docs-administrative.com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docs-administrative.com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administrative.com/character-witness-letter-for-court-template/" TargetMode="External"/><Relationship Id="rId10" Type="http://schemas.openxmlformats.org/officeDocument/2006/relationships/hyperlink" Target="https://docs-administrat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