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COURT REFERENCE LETTER</w:t>
      </w:r>
    </w:p>
    <w:p/>
    <w:p/>
    <w:p>
      <w:r>
        <w:rPr>
          <w:b w:val="0"/>
          <w:sz w:val="20"/>
        </w:rPr>
        <w:t>To Whom It May Concern:</w:t>
      </w:r>
    </w:p>
    <w:p/>
    <w:p>
      <w:r>
        <w:rPr>
          <w:b w:val="0"/>
          <w:sz w:val="20"/>
        </w:rPr>
        <w:t>This letter is provided as a formal reference regarding the character and conduct of the individual named below. The undersigned affirms that the statements contained herein are true to the best of their knowledge and belief, and are intended for use in judicial or administrative proceedings as applicable.</w:t>
      </w:r>
    </w:p>
    <w:p/>
    <w:p>
      <w:r>
        <w:rPr>
          <w:b/>
          <w:sz w:val="20"/>
        </w:rPr>
        <w:t>Subject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p>
      <w:r>
        <w:rPr>
          <w:b/>
          <w:sz w:val="20"/>
        </w:rPr>
        <w:t>Relationship to Subject:</w:t>
      </w:r>
    </w:p>
    <w:p>
      <w:r>
        <w:rPr>
          <w:b w:val="0"/>
          <w:sz w:val="20"/>
        </w:rPr>
        <w:t>Please specify the nature and duration of your relationship to the subject of this reference letter: __________________________________________________________________________________</w:t>
      </w:r>
    </w:p>
    <w:p>
      <w:r>
        <w:rPr>
          <w:b w:val="0"/>
          <w:sz w:val="20"/>
        </w:rPr>
        <w:t>__________________________________________________________________________________</w:t>
      </w:r>
    </w:p>
    <w:p/>
    <w:p>
      <w:r>
        <w:rPr>
          <w:b/>
          <w:sz w:val="20"/>
        </w:rPr>
        <w:t>Character and Conduct Assessment:</w:t>
      </w:r>
    </w:p>
    <w:p>
      <w:r>
        <w:rPr>
          <w:b w:val="0"/>
          <w:sz w:val="20"/>
        </w:rPr>
        <w:t>The individual described above has demonstrated the following traits and behaviors during the course of our association:</w:t>
      </w:r>
    </w:p>
    <w:p>
      <w:r>
        <w:rPr>
          <w:b w:val="0"/>
          <w:sz w:val="20"/>
        </w:rPr>
        <w:t>- Honesty and integrity: _____________________________________________________</w:t>
      </w:r>
    </w:p>
    <w:p>
      <w:r>
        <w:rPr>
          <w:b w:val="0"/>
          <w:sz w:val="20"/>
        </w:rPr>
        <w:t>- Respect for laws and regulations: __________________________________________</w:t>
      </w:r>
    </w:p>
    <w:p>
      <w:r>
        <w:rPr>
          <w:b w:val="0"/>
          <w:sz w:val="20"/>
        </w:rPr>
        <w:t>- Responsibility and reliability: ____________________________________________</w:t>
      </w:r>
    </w:p>
    <w:p>
      <w:r>
        <w:rPr>
          <w:b w:val="0"/>
          <w:sz w:val="20"/>
        </w:rPr>
        <w:t>- Interpersonal skills and conduct: __________________________________________</w:t>
      </w:r>
    </w:p>
    <w:p>
      <w:r>
        <w:rPr>
          <w:b w:val="0"/>
          <w:sz w:val="20"/>
        </w:rPr>
        <w:t>- Any relevant achievements or community involvement: _______________________</w:t>
      </w:r>
    </w:p>
    <w:p>
      <w:r>
        <w:rPr>
          <w:b w:val="0"/>
          <w:sz w:val="20"/>
        </w:rPr>
        <w:t>__________________________________________________________________________________</w:t>
      </w:r>
    </w:p>
    <w:p/>
    <w:p>
      <w:r>
        <w:rPr>
          <w:b/>
          <w:sz w:val="20"/>
        </w:rPr>
        <w:t>Legal Disclaimer:</w:t>
      </w:r>
    </w:p>
    <w:p>
      <w:r>
        <w:rPr>
          <w:b w:val="0"/>
          <w:sz w:val="20"/>
        </w:rPr>
        <w:t>This reference letter is provided without any guarantee or warranty as to the future behavior or conduct of the subject. It is intended solely as a truthful statement of the facts and opinions of the undersigned at the time of writing. Use of this letter is subject to applicable laws and regulations governing evidence and references in judicial proceedings within the United States of America.</w:t>
      </w:r>
    </w:p>
    <w:p/>
    <w:p>
      <w:r>
        <w:rPr>
          <w:b/>
          <w:sz w:val="20"/>
        </w:rPr>
        <w:t>Authorization:</w:t>
      </w:r>
    </w:p>
    <w:p>
      <w:r>
        <w:rPr>
          <w:b w:val="0"/>
          <w:sz w:val="20"/>
        </w:rPr>
        <w:t>The undersigned affirms that they have the authority and consent of the subject to provide this reference letter for use in court or related matters. The subject has been informed of the contents herein and consents to their disclosure for the stated purposes.</w:t>
      </w:r>
    </w:p>
    <w:p/>
    <w:p>
      <w:r>
        <w:rPr>
          <w:b/>
          <w:sz w:val="20"/>
        </w:rPr>
        <w:t>For any further information or verification, please contact:</w:t>
      </w:r>
    </w:p>
    <w:p>
      <w:r>
        <w:rPr>
          <w:b w:val="0"/>
          <w:sz w:val="20"/>
        </w:rPr>
        <w:t>Name: _________________________________________________________________</w:t>
      </w:r>
    </w:p>
    <w:p>
      <w:r>
        <w:rPr>
          <w:b w:val="0"/>
          <w:sz w:val="20"/>
        </w:rPr>
        <w:t>Position/Title: _________________________________________________________</w:t>
      </w:r>
    </w:p>
    <w:p>
      <w:r>
        <w:rPr>
          <w:b w:val="0"/>
          <w:sz w:val="20"/>
        </w:rPr>
        <w:t>Organization: 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val="0"/>
          <w:sz w:val="20"/>
        </w:rPr>
        <w:t>Date: _______________________________________________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Reference Provider</w:t>
            </w:r>
          </w:p>
        </w:tc>
        <w:tc>
          <w:tcPr>
            <w:tcW w:type="dxa" w:w="4986"/>
            <w:tcBorders>
              <w:top w:val="nil"/>
              <w:left w:val="nil"/>
              <w:bottom w:val="nil"/>
              <w:right w:val="nil"/>
              <w:insideH w:val="nil"/>
              <w:insideV w:val="nil"/>
            </w:tcBorders>
          </w:tcPr>
          <w:p>
            <w:pPr>
              <w:jc w:val="center"/>
            </w:pPr>
            <w:r>
              <w:t>Notary Public / 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Title/Position: ________________________</w:t>
            </w:r>
          </w:p>
        </w:tc>
        <w:tc>
          <w:tcPr>
            <w:tcW w:type="dxa" w:w="4986"/>
            <w:tcBorders>
              <w:top w:val="nil"/>
              <w:left w:val="nil"/>
              <w:bottom w:val="nil"/>
              <w:right w:val="nil"/>
              <w:insideH w:val="nil"/>
              <w:insideV w:val="nil"/>
            </w:tcBorders>
          </w:tcPr>
          <w:p>
            <w:pPr>
              <w:jc w:val="center"/>
            </w:pPr>
            <w:r>
              <w:t>Name: ________________________________</w:t>
              <w:br/>
              <w:t>Commission Expiration Date: 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https://docs-administrative.com/court-reference-letter-template/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court-reference-letter-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