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DEED OF GIFT</w:t>
      </w:r>
    </w:p>
    <w:p/>
    <w:p>
      <w:r>
        <w:rPr>
          <w:b/>
          <w:sz w:val="20"/>
        </w:rPr>
        <w:t>KNOW ALL PERSONS BY THESE PRESENTS:</w:t>
      </w:r>
    </w:p>
    <w:p/>
    <w:p>
      <w:r>
        <w:rPr>
          <w:b w:val="0"/>
          <w:sz w:val="20"/>
        </w:rPr>
        <w:t>This Deed of Gift is made by the Donor, who hereby irrevocably transfers, conveys, and delivers to the Recipient the property described herein, without any consideration, as a gift. The Donor affirms that the gift is made voluntarily and with full intent to make a complete and unconditional gift of the property.</w:t>
      </w:r>
    </w:p>
    <w:p/>
    <w:p>
      <w:r>
        <w:rPr>
          <w:b/>
          <w:sz w:val="20"/>
        </w:rPr>
        <w:t>Donor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Recipient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Description of Gifted Property:</w:t>
      </w:r>
    </w:p>
    <w:p>
      <w:r>
        <w:rPr>
          <w:b w:val="0"/>
          <w:sz w:val="20"/>
        </w:rPr>
        <w:t>The Donor hereby gifts to the Recipient the following property (the “Gift”):</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________________________________________________________________________</w:t>
      </w:r>
    </w:p>
    <w:p/>
    <w:p>
      <w:r>
        <w:rPr>
          <w:b/>
          <w:sz w:val="20"/>
        </w:rPr>
        <w:t>Condition of Gift:</w:t>
      </w:r>
    </w:p>
    <w:p>
      <w:r>
        <w:rPr>
          <w:b w:val="0"/>
          <w:sz w:val="20"/>
        </w:rPr>
        <w:t>The Donor warrants that the Gift is owned free and clear of all liens, encumbrances, claims, and restrictions, except as otherwise disclosed herein:</w:t>
      </w:r>
    </w:p>
    <w:p>
      <w:r>
        <w:rPr>
          <w:b w:val="0"/>
          <w:sz w:val="20"/>
        </w:rPr>
        <w:t>________________________________________________________________________</w:t>
      </w:r>
    </w:p>
    <w:p>
      <w:r>
        <w:rPr>
          <w:b w:val="0"/>
          <w:sz w:val="20"/>
        </w:rPr>
        <w:t>________________________________________________________________________</w:t>
      </w:r>
    </w:p>
    <w:p/>
    <w:p>
      <w:r>
        <w:rPr>
          <w:b/>
          <w:sz w:val="20"/>
        </w:rPr>
        <w:t>Delivery and Acceptance:</w:t>
      </w:r>
    </w:p>
    <w:p>
      <w:r>
        <w:rPr>
          <w:b w:val="0"/>
          <w:sz w:val="20"/>
        </w:rPr>
        <w:t>The Donor delivers and transfers possession of the Gift to the Recipient, who hereby accepts the Gift. The transfer of possession and title shall be deemed complete upon execution of this Deed of Gift.</w:t>
      </w:r>
    </w:p>
    <w:p/>
    <w:p>
      <w:r>
        <w:rPr>
          <w:b/>
          <w:sz w:val="20"/>
        </w:rPr>
        <w:t>Intent and Irrevocability:</w:t>
      </w:r>
    </w:p>
    <w:p>
      <w:r>
        <w:rPr>
          <w:b w:val="0"/>
          <w:sz w:val="20"/>
        </w:rPr>
        <w:t>The Donor declares that this gift is made voluntarily and is irrevocable. The Donor relinquishes all rights, title, and interest in the Gift, and the Recipient shall have full ownership and control thereof.</w:t>
      </w:r>
    </w:p>
    <w:p/>
    <w:p>
      <w:r>
        <w:rPr>
          <w:b/>
          <w:sz w:val="20"/>
        </w:rPr>
        <w:t>No Consideration:</w:t>
      </w:r>
    </w:p>
    <w:p>
      <w:r>
        <w:rPr>
          <w:b w:val="0"/>
          <w:sz w:val="20"/>
        </w:rPr>
        <w:t>This gift is made without any monetary or other consideration.</w:t>
      </w:r>
    </w:p>
    <w:p/>
    <w:p>
      <w:r>
        <w:rPr>
          <w:b/>
          <w:sz w:val="20"/>
        </w:rPr>
        <w:t>Governing Law:</w:t>
      </w:r>
    </w:p>
    <w:p>
      <w:r>
        <w:rPr>
          <w:b w:val="0"/>
          <w:sz w:val="20"/>
        </w:rPr>
        <w:t>This Deed of Gift shall be governed by and construed in accordance with the laws of the United States of America and the state of ___________________________.</w:t>
      </w:r>
    </w:p>
    <w:p/>
    <w:p>
      <w:r>
        <w:rPr>
          <w:b/>
          <w:sz w:val="20"/>
        </w:rPr>
        <w:t>Entire Agreement:</w:t>
      </w:r>
    </w:p>
    <w:p>
      <w:r>
        <w:rPr>
          <w:b w:val="0"/>
          <w:sz w:val="20"/>
        </w:rPr>
        <w:t>This document constitutes the entire agreement between the parties with respect to the subject matter herein and supersedes all prior agreements or understandings, written or oral.</w:t>
      </w:r>
    </w:p>
    <w:p/>
    <w:p>
      <w:r>
        <w:rPr>
          <w:b/>
          <w:sz w:val="20"/>
        </w:rPr>
        <w:t>Severability:</w:t>
      </w:r>
    </w:p>
    <w:p>
      <w:r>
        <w:rPr>
          <w:b w:val="0"/>
          <w:sz w:val="20"/>
        </w:rPr>
        <w:t>If any provision of this Deed of Gift is held to be invalid or unenforceable, the remaining provisions shall continue in full force and effect.</w:t>
      </w:r>
    </w:p>
    <w:p/>
    <w:p>
      <w:r>
        <w:rPr>
          <w:b/>
          <w:sz w:val="20"/>
        </w:rPr>
        <w:t>Binding Effect:</w:t>
      </w:r>
    </w:p>
    <w:p>
      <w:r>
        <w:rPr>
          <w:b w:val="0"/>
          <w:sz w:val="20"/>
        </w:rPr>
        <w:t>This Deed of Gift shall be binding upon and inure to the benefit of the parties hereto and their respective heirs, legal representatives, successors, and assigns.</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DONOR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pPr>
        <w:jc w:val="center"/>
      </w:pPr>
      <w:r>
        <w:rPr>
          <w:b/>
          <w:sz w:val="20"/>
        </w:rPr>
        <w:t>NOTARY ACKNOWLEDGMENT</w:t>
      </w:r>
    </w:p>
    <w:p/>
    <w:p>
      <w:r>
        <w:rPr>
          <w:b w:val="0"/>
          <w:sz w:val="20"/>
        </w:rPr>
        <w:t>STATE OF _____________________________</w:t>
      </w:r>
    </w:p>
    <w:p>
      <w:r>
        <w:rPr>
          <w:b w:val="0"/>
          <w:sz w:val="20"/>
        </w:rPr>
        <w:t>COUNTY OF ___________________________</w:t>
      </w:r>
    </w:p>
    <w:p/>
    <w:p>
      <w:r>
        <w:rPr>
          <w:b w:val="0"/>
          <w:sz w:val="20"/>
        </w:rPr>
        <w:t>On this ______ day of ____________________, before me, the undersigned Notary Public, personally appeared the Donor and Recipient, known to me (or satisfactorily proven) to be the persons whose names are subscribed to the foregoing instrument and acknowledged that they executed the same for the purposes therein contained.</w:t>
      </w:r>
    </w:p>
    <w:p/>
    <w:p>
      <w:r>
        <w:rPr>
          <w:b w:val="0"/>
          <w:sz w:val="20"/>
        </w:rPr>
        <w:t>IN WITNESS WHEREOF, I hereunto set my hand and official seal.</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Notary Public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______________________________</w:t>
            </w:r>
          </w:p>
        </w:tc>
        <w:tc>
          <w:tcPr>
            <w:tcW w:type="dxa" w:w="4986"/>
            <w:tcBorders>
              <w:top w:val="nil"/>
              <w:left w:val="nil"/>
              <w:bottom w:val="nil"/>
              <w:right w:val="nil"/>
              <w:insideH w:val="nil"/>
              <w:insideV w:val="nil"/>
            </w:tcBorders>
          </w:tcPr>
          <w:p>
            <w:pPr>
              <w:jc w:val="center"/>
            </w:pPr>
            <w:r>
              <w:br/>
              <w:br/>
              <w:t>______________________________</w:t>
            </w:r>
          </w:p>
        </w:tc>
      </w:tr>
      <w:tr>
        <w:tc>
          <w:tcPr>
            <w:tcW w:type="dxa" w:w="4986"/>
            <w:tcBorders>
              <w:top w:val="nil"/>
              <w:left w:val="nil"/>
              <w:bottom w:val="nil"/>
              <w:right w:val="nil"/>
              <w:insideH w:val="nil"/>
              <w:insideV w:val="nil"/>
            </w:tcBorders>
          </w:tcPr>
          <w:p>
            <w:pPr>
              <w:jc w:val="center"/>
            </w:pPr>
            <w:r>
              <w:t>My commission expires:</w:t>
            </w:r>
          </w:p>
        </w:tc>
        <w:tc>
          <w:tcPr>
            <w:tcW w:type="dxa" w:w="4986"/>
            <w:tcBorders>
              <w:top w:val="nil"/>
              <w:left w:val="nil"/>
              <w:bottom w:val="nil"/>
              <w:right w:val="nil"/>
              <w:insideH w:val="nil"/>
              <w:insideV w:val="nil"/>
            </w:tcBorders>
          </w:tcPr>
          <w:p>
            <w:pPr>
              <w:jc w:val="center"/>
            </w:pPr>
            <w:r>
              <w:t>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https://docs-administrative.com/deed-of-gift-template/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https://docs-administrative.com</w:t>
        </w:r>
      </w:hyperlink>
    </w:p>
    <w:p>
      <w:pPr>
        <w:jc w:val="center"/>
      </w:pPr>
      <w:r>
        <w:rPr>
          <w:color w:val="808080"/>
          <w:sz w:val="20"/>
        </w:rPr>
        <w:t>This template is intended exclusively for personal, non-commercial use.</w:t>
        <w:br/>
        <w:t>If distributed or published, the source must be mentioned. © docs-administrative.com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administrative.com/deed-of-gift-template/" TargetMode="External"/><Relationship Id="rId10" Type="http://schemas.openxmlformats.org/officeDocument/2006/relationships/hyperlink" Target="https://docs-administra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