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DEMAND LETTER</w:t>
      </w:r>
    </w:p>
    <w:p/>
    <w:p/>
    <w:p>
      <w:r>
        <w:rPr>
          <w:b/>
          <w:sz w:val="20"/>
        </w:rPr>
        <w:t>Sender Information:</w:t>
      </w:r>
    </w:p>
    <w:p>
      <w:r>
        <w:rPr>
          <w:b w:val="0"/>
          <w:sz w:val="20"/>
        </w:rPr>
        <w:t>Full Name or Company Name: ____________________________________________</w:t>
      </w:r>
    </w:p>
    <w:p>
      <w:r>
        <w:rPr>
          <w:b w:val="0"/>
          <w:sz w:val="20"/>
        </w:rPr>
        <w:t>Address: _______________________________________________________________</w:t>
      </w:r>
    </w:p>
    <w:p>
      <w:r>
        <w:rPr>
          <w:b w:val="0"/>
          <w:sz w:val="20"/>
        </w:rPr>
        <w:t>City, State, ZIP Code: 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r>
        <w:rPr>
          <w:b/>
          <w:sz w:val="20"/>
        </w:rPr>
        <w:t>Recipient Information:</w:t>
      </w:r>
    </w:p>
    <w:p>
      <w:r>
        <w:rPr>
          <w:b w:val="0"/>
          <w:sz w:val="20"/>
        </w:rPr>
        <w:t>Full Name or Company Name: ____________________________________________</w:t>
      </w:r>
    </w:p>
    <w:p>
      <w:r>
        <w:rPr>
          <w:b w:val="0"/>
          <w:sz w:val="20"/>
        </w:rPr>
        <w:t>Address: _______________________________________________________________</w:t>
      </w:r>
    </w:p>
    <w:p>
      <w:r>
        <w:rPr>
          <w:b w:val="0"/>
          <w:sz w:val="20"/>
        </w:rPr>
        <w:t>City, State, ZIP Code: 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p>
      <w:pPr>
        <w:jc w:val="center"/>
      </w:pPr>
      <w:r>
        <w:rPr>
          <w:b/>
          <w:sz w:val="20"/>
        </w:rPr>
        <w:t>SUBJECT: DEMAND FOR PAYMENT</w:t>
      </w:r>
    </w:p>
    <w:p/>
    <w:p/>
    <w:p>
      <w:r>
        <w:rPr>
          <w:b w:val="0"/>
          <w:sz w:val="20"/>
        </w:rPr>
        <w:t>To Whom It May Concern,</w:t>
      </w:r>
    </w:p>
    <w:p/>
    <w:p>
      <w:r>
        <w:rPr>
          <w:b w:val="0"/>
          <w:sz w:val="20"/>
        </w:rPr>
        <w:t>This letter serves as a formal demand for payment regarding the outstanding amount owed by you as detailed below. This communication is sent in good faith and in accordance with applicable United States law and serves to notify you of your legal obligation to remit payment promptly.</w:t>
      </w:r>
    </w:p>
    <w:p/>
    <w:p>
      <w:r>
        <w:rPr>
          <w:b/>
          <w:sz w:val="20"/>
        </w:rPr>
        <w:t>1. DETAILS OF OBLIGATION</w:t>
      </w:r>
    </w:p>
    <w:p>
      <w:r>
        <w:rPr>
          <w:b w:val="0"/>
          <w:sz w:val="20"/>
        </w:rPr>
        <w:t>Description of goods/services provided or reason for debt: __________________________________________________________</w:t>
      </w:r>
    </w:p>
    <w:p>
      <w:r>
        <w:rPr>
          <w:b w:val="0"/>
          <w:sz w:val="20"/>
        </w:rPr>
        <w:t>Date(s) goods/services were provided or contract was entered into: _________________________________________________</w:t>
      </w:r>
    </w:p>
    <w:p>
      <w:r>
        <w:rPr>
          <w:b w:val="0"/>
          <w:sz w:val="20"/>
        </w:rPr>
        <w:t>Total Amount Owed (USD): _______________________________________________</w:t>
      </w:r>
    </w:p>
    <w:p>
      <w:r>
        <w:rPr>
          <w:b w:val="0"/>
          <w:sz w:val="20"/>
        </w:rPr>
        <w:t>Invoice or reference number(s), if applicable: ____________________________________</w:t>
      </w:r>
    </w:p>
    <w:p/>
    <w:p>
      <w:r>
        <w:rPr>
          <w:b/>
          <w:sz w:val="20"/>
        </w:rPr>
        <w:t>2. DEMAND FOR PAYMENT</w:t>
      </w:r>
    </w:p>
    <w:p>
      <w:r>
        <w:rPr>
          <w:b w:val="0"/>
          <w:sz w:val="20"/>
        </w:rPr>
        <w:t>You are hereby requested to pay the full outstanding amount specified above. Payment must be made in full and received by the undersigned within fifteen (15) calendar days of receipt of this letter. Failure to comply with this demand may result in the initiation of legal proceedings to recover the owed amount, along with any applicable interest, costs, and attorney’s fees.</w:t>
      </w:r>
    </w:p>
    <w:p/>
    <w:p>
      <w:r>
        <w:rPr>
          <w:b/>
          <w:sz w:val="20"/>
        </w:rPr>
        <w:t>3. PAYMENT METHODS</w:t>
      </w:r>
    </w:p>
    <w:p>
      <w:r>
        <w:rPr>
          <w:b w:val="0"/>
          <w:sz w:val="20"/>
        </w:rPr>
        <w:t>Please make payment via one of the following accepted methods:</w:t>
      </w:r>
    </w:p>
    <w:p>
      <w:r>
        <w:rPr>
          <w:b w:val="0"/>
          <w:sz w:val="20"/>
        </w:rPr>
        <w:t>- Check or Money Order payable to: ______________________________________</w:t>
      </w:r>
    </w:p>
    <w:p>
      <w:r>
        <w:rPr>
          <w:b w:val="0"/>
          <w:sz w:val="20"/>
        </w:rPr>
        <w:t>- Wire Transfer to the following bank account: ____________________________</w:t>
      </w:r>
    </w:p>
    <w:p>
      <w:r>
        <w:rPr>
          <w:b w:val="0"/>
          <w:sz w:val="20"/>
        </w:rPr>
        <w:t>- Other payment method (please specify): _________________________________</w:t>
      </w:r>
    </w:p>
    <w:p/>
    <w:p>
      <w:r>
        <w:rPr>
          <w:b/>
          <w:sz w:val="20"/>
        </w:rPr>
        <w:t>4. CONSEQUENCES OF NON-PAYMENT</w:t>
      </w:r>
    </w:p>
    <w:p>
      <w:r>
        <w:rPr>
          <w:b w:val="0"/>
          <w:sz w:val="20"/>
        </w:rPr>
        <w:t>If the total amount due is not paid within the specified timeframe, the undersigned reserves the right to pursue all available legal remedies, including but not limited to filing a lawsuit for debt recovery. Additionally, interest on the outstanding balance shall accrue at the maximum rate permitted under applicable law from the due date until paid.</w:t>
      </w:r>
    </w:p>
    <w:p/>
    <w:p>
      <w:r>
        <w:rPr>
          <w:b/>
          <w:sz w:val="20"/>
        </w:rPr>
        <w:t>5. RESERVATION OF RIGHTS</w:t>
      </w:r>
    </w:p>
    <w:p>
      <w:r>
        <w:rPr>
          <w:b w:val="0"/>
          <w:sz w:val="20"/>
        </w:rPr>
        <w:t>All rights and remedies of the undersigned are expressly reserved. This letter does not constitute a waiver of any rights, claims, or defenses available under applicable law.</w:t>
      </w:r>
    </w:p>
    <w:p/>
    <w:p>
      <w:r>
        <w:rPr>
          <w:b/>
          <w:sz w:val="20"/>
        </w:rPr>
        <w:t>6. CONTACT INFORMATION</w:t>
      </w:r>
    </w:p>
    <w:p>
      <w:r>
        <w:rPr>
          <w:b w:val="0"/>
          <w:sz w:val="20"/>
        </w:rPr>
        <w:t>For any questions regarding this demand, please contact:</w:t>
      </w:r>
    </w:p>
    <w:p>
      <w:r>
        <w:rPr>
          <w:b w:val="0"/>
          <w:sz w:val="20"/>
        </w:rPr>
        <w:t>Name: _________________________________________________________________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val="0"/>
          <w:sz w:val="20"/>
        </w:rPr>
        <w:t>Sincerely,</w:t>
      </w:r>
    </w:p>
    <w:p/>
    <w:p/>
    <w:p/>
    <w:p/>
    <w:p>
      <w:r>
        <w:rPr>
          <w:b w:val="0"/>
          <w:sz w:val="20"/>
        </w:rPr>
        <w:t>____________________________________________</w:t>
      </w:r>
    </w:p>
    <w:p>
      <w:r>
        <w:rPr>
          <w:b w:val="0"/>
          <w:sz w:val="20"/>
        </w:rPr>
        <w:t>Authorized Signature</w:t>
      </w:r>
    </w:p>
    <w:p>
      <w:r>
        <w:rPr>
          <w:b w:val="0"/>
          <w:sz w:val="20"/>
        </w:rPr>
        <w:t>Printed Name: __________________________________________________________</w:t>
      </w:r>
    </w:p>
    <w:p>
      <w:r>
        <w:rPr>
          <w:b w:val="0"/>
          <w:sz w:val="20"/>
        </w:rPr>
        <w:t>Title (if applicable): ___________________________________________________</w:t>
      </w:r>
    </w:p>
    <w:p/>
    <w:p/>
    <w:p/>
    <w:p>
      <w:r>
        <w:rPr>
          <w:b w:val="0"/>
          <w:sz w:val="20"/>
        </w:rPr>
        <w:t>Place: _______________________________________________</w:t>
      </w:r>
    </w:p>
    <w:p>
      <w:r>
        <w:rPr>
          <w:b w:val="0"/>
          <w:sz w:val="20"/>
        </w:rPr>
        <w:t>Date: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https://docs-administrative.com/demand-letter-template/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demand-letter-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