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FINAL DEMAND LETTER</w:t>
      </w:r>
    </w:p>
    <w:p/>
    <w:p/>
    <w:p>
      <w:r>
        <w:rPr>
          <w:b/>
          <w:sz w:val="20"/>
        </w:rPr>
        <w:t>Sender Information:</w:t>
      </w:r>
    </w:p>
    <w:p>
      <w:r>
        <w:rPr>
          <w:b w:val="0"/>
          <w:sz w:val="20"/>
        </w:rPr>
        <w:t>Name: ____________________________________________________________</w:t>
      </w:r>
    </w:p>
    <w:p>
      <w:r>
        <w:rPr>
          <w:b w:val="0"/>
          <w:sz w:val="20"/>
        </w:rPr>
        <w:t>Company (if applicable): 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r>
        <w:rPr>
          <w:b/>
          <w:sz w:val="20"/>
        </w:rPr>
        <w:t>Recipient Information:</w:t>
      </w:r>
    </w:p>
    <w:p>
      <w:r>
        <w:rPr>
          <w:b w:val="0"/>
          <w:sz w:val="20"/>
        </w:rPr>
        <w:t>Name: ____________________________________________________________</w:t>
      </w:r>
    </w:p>
    <w:p>
      <w:r>
        <w:rPr>
          <w:b w:val="0"/>
          <w:sz w:val="20"/>
        </w:rPr>
        <w:t>Company (if applicable): 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r>
        <w:rPr>
          <w:b/>
          <w:sz w:val="20"/>
        </w:rPr>
        <w:t>Subject: Final Demand for Payment</w:t>
      </w:r>
    </w:p>
    <w:p/>
    <w:p>
      <w:r>
        <w:rPr>
          <w:b w:val="0"/>
          <w:sz w:val="20"/>
        </w:rPr>
        <w:t>Dear Sir or Madam,</w:t>
      </w:r>
    </w:p>
    <w:p/>
    <w:p>
      <w:r>
        <w:rPr>
          <w:b w:val="0"/>
          <w:sz w:val="20"/>
        </w:rPr>
        <w:t>This letter serves as a formal and final demand for payment regarding the outstanding balance owed by you, detailed as follows:</w:t>
      </w:r>
    </w:p>
    <w:p/>
    <w:p>
      <w:r>
        <w:rPr>
          <w:b w:val="0"/>
          <w:sz w:val="20"/>
        </w:rPr>
        <w:t>Invoice Number: _________________________________________________</w:t>
      </w:r>
    </w:p>
    <w:p>
      <w:r>
        <w:rPr>
          <w:b w:val="0"/>
          <w:sz w:val="20"/>
        </w:rPr>
        <w:t>Original Invoice Date: ___________________________________________</w:t>
      </w:r>
    </w:p>
    <w:p>
      <w:r>
        <w:rPr>
          <w:b w:val="0"/>
          <w:sz w:val="20"/>
        </w:rPr>
        <w:t>Amount Due: $___________________ USD</w:t>
      </w:r>
    </w:p>
    <w:p>
      <w:r>
        <w:rPr>
          <w:b w:val="0"/>
          <w:sz w:val="20"/>
        </w:rPr>
        <w:t>Due Date: _______________________________________________________</w:t>
      </w:r>
    </w:p>
    <w:p/>
    <w:p>
      <w:r>
        <w:rPr>
          <w:b w:val="0"/>
          <w:sz w:val="20"/>
        </w:rPr>
        <w:t>Despite previous reminders and attempts to resolve this matter amicably, the above amount remains unpaid. This unpaid debt has caused significant inconvenience and financial hardship.</w:t>
      </w:r>
    </w:p>
    <w:p/>
    <w:p>
      <w:r>
        <w:rPr>
          <w:b w:val="0"/>
          <w:sz w:val="20"/>
        </w:rPr>
        <w:t>Please be advised that if full payment is not received within ten (10) calendar days from the date of receipt of this letter, we will have no alternative but to initiate formal collection procedures, which may include but are not limited to legal action, reporting to credit bureaus, and the engagement of collection agencies.</w:t>
      </w:r>
    </w:p>
    <w:p/>
    <w:p>
      <w:r>
        <w:rPr>
          <w:b w:val="0"/>
          <w:sz w:val="20"/>
        </w:rPr>
        <w:t>Such actions may result in additional costs and fees for which you will be held responsible under applicable United States laws.</w:t>
      </w:r>
    </w:p>
    <w:p/>
    <w:p>
      <w:r>
        <w:rPr>
          <w:b w:val="0"/>
          <w:sz w:val="20"/>
        </w:rPr>
        <w:t>To avoid further escalation, please remit payment in full or contact the undersigned immediately to discuss payment arrangements.</w:t>
      </w:r>
    </w:p>
    <w:p/>
    <w:p/>
    <w:p>
      <w:r>
        <w:rPr>
          <w:b/>
          <w:sz w:val="20"/>
        </w:rPr>
        <w:t>Payment Instructions:</w:t>
      </w:r>
    </w:p>
    <w:p>
      <w:r>
        <w:rPr>
          <w:b w:val="0"/>
          <w:sz w:val="20"/>
        </w:rPr>
        <w:t>Please make your payment payable to:</w:t>
      </w:r>
    </w:p>
    <w:p>
      <w:r>
        <w:rPr>
          <w:b w:val="0"/>
          <w:sz w:val="20"/>
        </w:rPr>
        <w:t>Name/Company: __________________________________________________</w:t>
      </w:r>
    </w:p>
    <w:p>
      <w:r>
        <w:rPr>
          <w:b w:val="0"/>
          <w:sz w:val="20"/>
        </w:rPr>
        <w:t>Address: _______________________________________________________</w:t>
      </w:r>
    </w:p>
    <w:p>
      <w:r>
        <w:rPr>
          <w:b w:val="0"/>
          <w:sz w:val="20"/>
        </w:rPr>
        <w:t>City, State, Zip: _______________________________________________</w:t>
      </w:r>
    </w:p>
    <w:p>
      <w:r>
        <w:rPr>
          <w:b w:val="0"/>
          <w:sz w:val="20"/>
        </w:rPr>
        <w:t>Payment Method(s) Accepted: _____________________________________</w:t>
      </w:r>
    </w:p>
    <w:p>
      <w:r>
        <w:rPr>
          <w:b w:val="0"/>
          <w:sz w:val="20"/>
        </w:rPr>
        <w:t>Account Number (if applicable): _________________________________</w:t>
      </w:r>
    </w:p>
    <w:p/>
    <w:p/>
    <w:p>
      <w:r>
        <w:rPr>
          <w:b w:val="0"/>
          <w:sz w:val="20"/>
        </w:rPr>
        <w:t>If you have already sent payment or believe this notice has been sent in error, please contact us immediately at the phone number or email address above to avoid unnecessary action.</w:t>
      </w:r>
    </w:p>
    <w:p/>
    <w:p/>
    <w:p>
      <w:r>
        <w:rPr>
          <w:b w:val="0"/>
          <w:sz w:val="20"/>
        </w:rPr>
        <w:t>This demand letter is sent without prejudice to any of our rights or remedies, all of which are expressly reserved. Nothing in this letter shall be construed as a waiver or relinquishment of any rights, claims, or defenses available to us under applicable laws.</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Title/Position: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https://docs-administrative.com/final-demand-letter-template/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final-demand-letter-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