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GIFT AFFIDAVIT</w:t>
      </w:r>
    </w:p>
    <w:p/>
    <w:p/>
    <w:p>
      <w:r>
        <w:rPr>
          <w:b/>
          <w:sz w:val="20"/>
        </w:rPr>
        <w:t>STATE OF _______________________</w:t>
      </w:r>
    </w:p>
    <w:p>
      <w:r>
        <w:rPr>
          <w:b w:val="0"/>
          <w:sz w:val="20"/>
        </w:rPr>
        <w:t>COUNTY OF _____________________</w:t>
      </w:r>
    </w:p>
    <w:p/>
    <w:p>
      <w:r>
        <w:rPr>
          <w:b/>
          <w:sz w:val="20"/>
        </w:rPr>
        <w:t>I, the undersigned, hereby declare and affirm as follows:</w:t>
      </w:r>
    </w:p>
    <w:p/>
    <w:p>
      <w:r>
        <w:rPr>
          <w:b/>
          <w:sz w:val="20"/>
        </w:rPr>
        <w:t>1. DONOR INFORMATION</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City, State, Zip: __________________________________________________________</w:t>
      </w:r>
    </w:p>
    <w:p>
      <w:r>
        <w:rPr>
          <w:b w:val="0"/>
          <w:sz w:val="20"/>
        </w:rPr>
        <w:t>Telephone Number: _________________________________________________________</w:t>
      </w:r>
    </w:p>
    <w:p/>
    <w:p>
      <w:r>
        <w:rPr>
          <w:b/>
          <w:sz w:val="20"/>
        </w:rPr>
        <w:t>2. DONEE INFORMATION</w:t>
      </w:r>
    </w:p>
    <w:p>
      <w:r>
        <w:rPr>
          <w:b w:val="0"/>
          <w:sz w:val="20"/>
        </w:rPr>
        <w:t>Full Legal Name: ____________________________________________________________</w:t>
      </w:r>
    </w:p>
    <w:p>
      <w:r>
        <w:rPr>
          <w:b w:val="0"/>
          <w:sz w:val="20"/>
        </w:rPr>
        <w:t>Address: _________________________________________________________________</w:t>
      </w:r>
    </w:p>
    <w:p>
      <w:r>
        <w:rPr>
          <w:b w:val="0"/>
          <w:sz w:val="20"/>
        </w:rPr>
        <w:t>City, State, Zip: __________________________________________________________</w:t>
      </w:r>
    </w:p>
    <w:p>
      <w:r>
        <w:rPr>
          <w:b w:val="0"/>
          <w:sz w:val="20"/>
        </w:rPr>
        <w:t>Telephone Number: _________________________________________________________</w:t>
      </w:r>
    </w:p>
    <w:p/>
    <w:p>
      <w:r>
        <w:rPr>
          <w:b/>
          <w:sz w:val="20"/>
        </w:rPr>
        <w:t>3. DESCRIPTION OF GIFT</w:t>
      </w:r>
    </w:p>
    <w:p>
      <w:r>
        <w:rPr>
          <w:b w:val="0"/>
          <w:sz w:val="20"/>
        </w:rPr>
        <w:t>The Donor hereby transfers and delivers as a gift to the Donee the following described property, without any monetary consideration or compensation:</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4. STATEMENT OF GIFT</w:t>
      </w:r>
    </w:p>
    <w:p>
      <w:r>
        <w:rPr>
          <w:b w:val="0"/>
          <w:sz w:val="20"/>
        </w:rPr>
        <w:t>The Donor affirms that this transfer is made voluntarily and gratuitously, without any expectation of return or compensation. The Donor is the true and lawful owner of the described property, free and clear of all liens, encumbrances, claims, or restrictions.</w:t>
      </w:r>
    </w:p>
    <w:p/>
    <w:p>
      <w:r>
        <w:rPr>
          <w:b/>
          <w:sz w:val="20"/>
        </w:rPr>
        <w:t>5. NO CONSIDERATION OR OBLIGATION</w:t>
      </w:r>
    </w:p>
    <w:p>
      <w:r>
        <w:rPr>
          <w:b w:val="0"/>
          <w:sz w:val="20"/>
        </w:rPr>
        <w:t>No consideration, promise, or obligation of any kind has been given or received in exchange for this gift. This affidavit is executed to confirm the voluntary and irrevocable nature of the gift.</w:t>
      </w:r>
    </w:p>
    <w:p/>
    <w:p>
      <w:r>
        <w:rPr>
          <w:b/>
          <w:sz w:val="20"/>
        </w:rPr>
        <w:t>6. TAX RESPONSIBILITY</w:t>
      </w:r>
    </w:p>
    <w:p>
      <w:r>
        <w:rPr>
          <w:b w:val="0"/>
          <w:sz w:val="20"/>
        </w:rPr>
        <w:t>The Donee understands and agrees that any tax liabilities, including but not limited to gift, income, or transfer taxes arising from this gift, are the sole responsibility of the Donee.</w:t>
      </w:r>
    </w:p>
    <w:p/>
    <w:p>
      <w:r>
        <w:rPr>
          <w:b/>
          <w:sz w:val="20"/>
        </w:rPr>
        <w:t>7. REPRESENTATIONS AND WARRANTIES</w:t>
      </w:r>
    </w:p>
    <w:p>
      <w:r>
        <w:rPr>
          <w:b w:val="0"/>
          <w:sz w:val="20"/>
        </w:rPr>
        <w:t>The Donor represents and warrants that:</w:t>
      </w:r>
    </w:p>
    <w:p>
      <w:r>
        <w:rPr>
          <w:b w:val="0"/>
          <w:sz w:val="20"/>
        </w:rPr>
        <w:t>- The Donor has full legal capacity and authority to make this gift.</w:t>
      </w:r>
    </w:p>
    <w:p>
      <w:r>
        <w:rPr>
          <w:b w:val="0"/>
          <w:sz w:val="20"/>
        </w:rPr>
        <w:t>- The property described above is not subject to any pending legal actions or claims.</w:t>
      </w:r>
    </w:p>
    <w:p>
      <w:r>
        <w:rPr>
          <w:b w:val="0"/>
          <w:sz w:val="20"/>
        </w:rPr>
        <w:t>- The Donor has disclosed all material information related to the gifted property.</w:t>
      </w:r>
    </w:p>
    <w:p/>
    <w:p>
      <w:r>
        <w:rPr>
          <w:b/>
          <w:sz w:val="20"/>
        </w:rPr>
        <w:t>8. INDEMNIFICATION</w:t>
      </w:r>
    </w:p>
    <w:p>
      <w:r>
        <w:rPr>
          <w:b w:val="0"/>
          <w:sz w:val="20"/>
        </w:rPr>
        <w:t>The Donor agrees to indemnify and hold harmless the Donee from any and all claims, damages, liabilities, and expenses arising from any breach of the representations and warranties made herein.</w:t>
      </w:r>
    </w:p>
    <w:p/>
    <w:p>
      <w:r>
        <w:rPr>
          <w:b/>
          <w:sz w:val="20"/>
        </w:rPr>
        <w:t>9. GOVERNING LAW</w:t>
      </w:r>
    </w:p>
    <w:p>
      <w:r>
        <w:rPr>
          <w:b w:val="0"/>
          <w:sz w:val="20"/>
        </w:rPr>
        <w:t>This affidavit shall be governed by and construed in accordance with the laws of the State of _____________________________.</w:t>
      </w:r>
    </w:p>
    <w:p/>
    <w:p>
      <w:r>
        <w:rPr>
          <w:b/>
          <w:sz w:val="20"/>
        </w:rPr>
        <w:t>10. SEVERABILITY</w:t>
      </w:r>
    </w:p>
    <w:p>
      <w:r>
        <w:rPr>
          <w:b w:val="0"/>
          <w:sz w:val="20"/>
        </w:rPr>
        <w:t>If any provision of this affidavit is held to be invalid or unenforceable, the remaining provisions shall remain in full force and effect.</w:t>
      </w:r>
    </w:p>
    <w:p/>
    <w:p>
      <w:r>
        <w:rPr>
          <w:b/>
          <w:sz w:val="20"/>
        </w:rPr>
        <w:t>11. ACKNOWLEDGMENT</w:t>
      </w:r>
    </w:p>
    <w:p>
      <w:r>
        <w:rPr>
          <w:b w:val="0"/>
          <w:sz w:val="20"/>
        </w:rPr>
        <w:t>The Donor hereby acknowledges having read and understood all the terms and conditions contained in this affidavit and confirms that it is executed voluntarily and without any duress or undue influence.</w:t>
      </w:r>
    </w:p>
    <w:p/>
    <w:p/>
    <w:p>
      <w:pPr>
        <w:jc w:val="center"/>
      </w:pPr>
      <w:r>
        <w:rPr>
          <w:b w:val="0"/>
          <w:sz w:val="20"/>
        </w:rPr>
        <w:t>EXECUTED AS A SWORN AFFIDAVIT UNDER OATH AND UNDER PENALTY OF PERJURY.</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DONOR</w:t>
            </w:r>
          </w:p>
        </w:tc>
        <w:tc>
          <w:tcPr>
            <w:tcW w:type="dxa" w:w="4986"/>
            <w:tcBorders>
              <w:top w:val="nil"/>
              <w:left w:val="nil"/>
              <w:bottom w:val="nil"/>
              <w:right w:val="nil"/>
              <w:insideH w:val="nil"/>
              <w:insideV w:val="nil"/>
            </w:tcBorders>
          </w:tcPr>
          <w:p>
            <w:pPr>
              <w:jc w:val="center"/>
            </w:pPr>
            <w:r>
              <w:t>DONEE</w:t>
            </w:r>
          </w:p>
        </w:tc>
      </w:tr>
      <w:tr>
        <w:tc>
          <w:tcPr>
            <w:tcW w:type="dxa" w:w="4986"/>
            <w:tcBorders>
              <w:top w:val="nil"/>
              <w:left w:val="nil"/>
              <w:bottom w:val="nil"/>
              <w:right w:val="nil"/>
              <w:insideH w:val="nil"/>
              <w:insideV w:val="nil"/>
            </w:tcBorders>
          </w:tcPr>
          <w:p>
            <w:pPr>
              <w:jc w:val="center"/>
            </w:pPr>
            <w:r>
              <w:br/>
              <w:br/>
              <w:t>Signature: ___________________________</w:t>
            </w:r>
          </w:p>
        </w:tc>
        <w:tc>
          <w:tcPr>
            <w:tcW w:type="dxa" w:w="4986"/>
            <w:tcBorders>
              <w:top w:val="nil"/>
              <w:left w:val="nil"/>
              <w:bottom w:val="nil"/>
              <w:right w:val="nil"/>
              <w:insideH w:val="nil"/>
              <w:insideV w:val="nil"/>
            </w:tcBorders>
          </w:tcPr>
          <w:p>
            <w:pPr>
              <w:jc w:val="center"/>
            </w:pPr>
            <w:r>
              <w:br/>
              <w:br/>
              <w:t>Signature: ___________________________</w:t>
            </w:r>
          </w:p>
        </w:tc>
      </w:tr>
      <w:tr>
        <w:tc>
          <w:tcPr>
            <w:tcW w:type="dxa" w:w="4986"/>
            <w:tcBorders>
              <w:top w:val="nil"/>
              <w:left w:val="nil"/>
              <w:bottom w:val="nil"/>
              <w:right w:val="nil"/>
              <w:insideH w:val="nil"/>
              <w:insideV w:val="nil"/>
            </w:tcBorders>
          </w:tcPr>
          <w:p>
            <w:pPr>
              <w:jc w:val="center"/>
            </w:pPr>
            <w:r>
              <w:t>Printed Name: _________________________</w:t>
            </w:r>
          </w:p>
        </w:tc>
        <w:tc>
          <w:tcPr>
            <w:tcW w:type="dxa" w:w="4986"/>
            <w:tcBorders>
              <w:top w:val="nil"/>
              <w:left w:val="nil"/>
              <w:bottom w:val="nil"/>
              <w:right w:val="nil"/>
              <w:insideH w:val="nil"/>
              <w:insideV w:val="nil"/>
            </w:tcBorders>
          </w:tcPr>
          <w:p>
            <w:pPr>
              <w:jc w:val="center"/>
            </w:pPr>
            <w:r>
              <w:t>Printed Name: _________________________</w:t>
            </w:r>
          </w:p>
        </w:tc>
      </w:tr>
    </w:tbl>
    <w:p/>
    <w:p/>
    <w:p>
      <w:r>
        <w:rPr>
          <w:b/>
          <w:sz w:val="20"/>
        </w:rPr>
        <w:t>STATE OF _______________________</w:t>
      </w:r>
    </w:p>
    <w:p>
      <w:r>
        <w:rPr>
          <w:b w:val="0"/>
          <w:sz w:val="20"/>
        </w:rPr>
        <w:t>COUNTY OF _____________________</w:t>
      </w:r>
    </w:p>
    <w:p/>
    <w:p>
      <w:r>
        <w:rPr>
          <w:b w:val="0"/>
          <w:sz w:val="20"/>
        </w:rPr>
        <w:t>On this ______ day of ____________________, before me, the undersigned Notary Public, personally appeared the Donor named above, proved to me on the basis of satisfactory evidence to be the person whose name is subscribed to this affidavit, and acknowledged to me that he/she executed the same in his/her authorized capacity, and that by his/her signature on this affidavit, the person executed the affidavit.</w:t>
      </w:r>
    </w:p>
    <w:p/>
    <w:p>
      <w:r>
        <w:rPr>
          <w:b w:val="0"/>
          <w:sz w:val="20"/>
        </w:rPr>
        <w:t>IN WITNESS WHEREOF, I hereunto set my hand and official seal.</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__________________________________</w:t>
            </w:r>
          </w:p>
        </w:tc>
      </w:tr>
      <w:tr>
        <w:tc>
          <w:tcPr>
            <w:tcW w:type="dxa" w:w="9972"/>
            <w:tcBorders>
              <w:top w:val="nil"/>
              <w:left w:val="nil"/>
              <w:bottom w:val="nil"/>
              <w:right w:val="nil"/>
              <w:insideH w:val="nil"/>
              <w:insideV w:val="nil"/>
            </w:tcBorders>
          </w:tcPr>
          <w:p>
            <w:pPr>
              <w:jc w:val="center"/>
            </w:pPr>
            <w:r>
              <w:t>Signature of Notary Public</w:t>
            </w:r>
          </w:p>
        </w:tc>
      </w:tr>
      <w:tr>
        <w:tc>
          <w:tcPr>
            <w:tcW w:type="dxa" w:w="9972"/>
            <w:tcBorders>
              <w:top w:val="nil"/>
              <w:left w:val="nil"/>
              <w:bottom w:val="nil"/>
              <w:right w:val="nil"/>
              <w:insideH w:val="nil"/>
              <w:insideV w:val="nil"/>
            </w:tcBorders>
          </w:tcPr>
          <w:p>
            <w:pPr>
              <w:jc w:val="center"/>
            </w:pPr>
            <w:r>
              <w:t>My Commission Expires: ____________________</w:t>
            </w:r>
          </w:p>
        </w:tc>
      </w:tr>
      <w:tr>
        <w:tc>
          <w:tcPr>
            <w:tcW w:type="dxa" w:w="9972"/>
            <w:tcBorders>
              <w:top w:val="nil"/>
              <w:left w:val="nil"/>
              <w:bottom w:val="nil"/>
              <w:right w:val="nil"/>
              <w:insideH w:val="nil"/>
              <w:insideV w:val="nil"/>
            </w:tcBorders>
          </w:tcPr>
          <w:p>
            <w:pPr>
              <w:jc w:val="center"/>
            </w:pPr>
            <w:r>
              <w:t>Notary Seal: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https://docs-administrative.com/gift-affidavit-template/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https://docs-administrative.com</w:t>
        </w:r>
      </w:hyperlink>
    </w:p>
    <w:p>
      <w:pPr>
        <w:jc w:val="center"/>
      </w:pPr>
      <w:r>
        <w:rPr>
          <w:color w:val="808080"/>
          <w:sz w:val="20"/>
        </w:rPr>
        <w:t>This template is intended exclusively for personal, non-commercial use.</w:t>
        <w:br/>
        <w:t>If distributed or published, the source must be mentioned. © docs-administrative.com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administrative.com/gift-affidavit-template/" TargetMode="External"/><Relationship Id="rId10" Type="http://schemas.openxmlformats.org/officeDocument/2006/relationships/hyperlink" Target="https://docs-administra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