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b/>
          <w:sz w:val="20"/>
        </w:rPr>
        <w:t>OFFICIAL GOVERNMENT CORRESPONDENCE</w:t>
      </w:r>
    </w:p>
    <w:p/>
    <w:p/>
    <w:p>
      <w:r>
        <w:rPr>
          <w:b/>
          <w:sz w:val="22"/>
        </w:rPr>
        <w:t>Sender Information:</w:t>
      </w:r>
    </w:p>
    <w:p>
      <w:r>
        <w:rPr>
          <w:b w:val="0"/>
          <w:sz w:val="20"/>
        </w:rPr>
        <w:t>Department/Agency: ____________________________________________________</w:t>
      </w:r>
    </w:p>
    <w:p>
      <w:r>
        <w:rPr>
          <w:b w:val="0"/>
          <w:sz w:val="20"/>
        </w:rPr>
        <w:t>Office/Division: 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2"/>
        </w:rPr>
        <w:t>Recipient Information:</w:t>
      </w:r>
    </w:p>
    <w:p>
      <w:r>
        <w:rPr>
          <w:b w:val="0"/>
          <w:sz w:val="20"/>
        </w:rPr>
        <w:t>Name/Title: ___________________________________________________________</w:t>
      </w:r>
    </w:p>
    <w:p>
      <w:r>
        <w:rPr>
          <w:b w:val="0"/>
          <w:sz w:val="20"/>
        </w:rPr>
        <w:t>Department/Agency: ____________________________________________________</w:t>
      </w:r>
    </w:p>
    <w:p>
      <w:r>
        <w:rPr>
          <w:b w:val="0"/>
          <w:sz w:val="20"/>
        </w:rPr>
        <w:t>Office/Division: 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Subject: _______________________________________________________________</w:t>
      </w:r>
    </w:p>
    <w:p/>
    <w:p/>
    <w:p>
      <w:r>
        <w:rPr>
          <w:b w:val="0"/>
          <w:sz w:val="20"/>
        </w:rPr>
        <w:t>Dear ________________________________,</w:t>
      </w:r>
    </w:p>
    <w:p/>
    <w:p>
      <w:r>
        <w:rPr>
          <w:b w:val="0"/>
          <w:sz w:val="20"/>
        </w:rPr>
        <w:t>This letter serves as official correspondence from the United States Government. Please consider the contents herein as formal communication regarding the matter described in the subject line. All statements and requests are made pursuant to applicable federal laws and regulations, and adherence to these requirements is mandatory.</w:t>
      </w:r>
    </w:p>
    <w:p/>
    <w:p>
      <w:r>
        <w:rPr>
          <w:b w:val="0"/>
          <w:sz w:val="20"/>
        </w:rPr>
        <w:t>We kindly request your attention and cooperation to ensure timely and accurate processing of any actions or responses required. This communication reflects the Government’s commitment to uphold the rule of law, transparency, and accountability in all operations.</w:t>
      </w:r>
    </w:p>
    <w:p/>
    <w:p>
      <w:r>
        <w:rPr>
          <w:b w:val="0"/>
          <w:sz w:val="20"/>
        </w:rPr>
        <w:t>Please ensure that all replies or submissions related to this letter reference the subject line and any applicable case or file numbers. Failure to comply with deadlines or procedural requirements may result in administrative action or other remedies as authorized by law.</w:t>
      </w:r>
    </w:p>
    <w:p/>
    <w:p>
      <w:r>
        <w:rPr>
          <w:b w:val="0"/>
          <w:sz w:val="20"/>
        </w:rPr>
        <w:t>If you have any questions or require further clarification, please contact the sender using the information provided above. We appreciate your prompt attention to this matter and your ongoing dedication to public service.</w:t>
      </w:r>
    </w:p>
    <w:p/>
    <w:p/>
    <w:p>
      <w:r>
        <w:rPr>
          <w:b w:val="0"/>
          <w:sz w:val="20"/>
        </w:rPr>
        <w:t>Sincerely,</w:t>
      </w:r>
    </w:p>
    <w:p/>
    <w:p/>
    <w:p/>
    <w:p/>
    <w:p>
      <w:r>
        <w:rPr>
          <w:b w:val="0"/>
          <w:sz w:val="20"/>
        </w:rPr>
        <w:t>_______________________________________</w:t>
      </w:r>
    </w:p>
    <w:p>
      <w:r>
        <w:rPr>
          <w:b/>
          <w:sz w:val="20"/>
        </w:rPr>
        <w:t>Name of Authorized Official</w:t>
      </w:r>
    </w:p>
    <w:p>
      <w:r>
        <w:rPr>
          <w:b/>
          <w:sz w:val="20"/>
        </w:rPr>
        <w:t>Title / Position</w:t>
      </w:r>
    </w:p>
    <w:p>
      <w:r>
        <w:rPr>
          <w:b/>
          <w:sz w:val="20"/>
        </w:rPr>
        <w:t>Department/Agency</w:t>
      </w:r>
    </w:p>
    <w:p/>
    <w:p/>
    <w:p>
      <w:r>
        <w:rPr>
          <w:b/>
          <w:sz w:val="22"/>
        </w:rPr>
        <w:t>CC:</w:t>
      </w:r>
    </w:p>
    <w:p>
      <w:r>
        <w:rPr>
          <w:b w:val="0"/>
          <w:sz w:val="20"/>
        </w:rPr>
        <w:t>____________________________________________________________________</w:t>
      </w:r>
    </w:p>
    <w:p>
      <w:r>
        <w:rPr>
          <w:b w:val="0"/>
          <w:sz w:val="20"/>
        </w:rPr>
        <w:t>____________________________________________________________________</w:t>
      </w:r>
    </w:p>
    <w:p/>
    <w:p>
      <w:r>
        <w:rPr>
          <w:b/>
          <w:sz w:val="22"/>
        </w:rPr>
        <w:t>Enclosures:</w:t>
      </w:r>
    </w:p>
    <w:p>
      <w:r>
        <w:rPr>
          <w:b w:val="0"/>
          <w:sz w:val="20"/>
        </w:rPr>
        <w:t>____________________________________________________________________</w:t>
      </w:r>
    </w:p>
    <w:p>
      <w:r>
        <w:rPr>
          <w:b w:val="0"/>
          <w:sz w:val="20"/>
        </w:rPr>
        <w:t>____________________________________________________________________</w:t>
      </w:r>
    </w:p>
    <w:p/>
    <w:p>
      <w:r>
        <w:br w:type="page"/>
      </w:r>
    </w:p>
    <w:p>
      <w:pPr>
        <w:jc w:val="center"/>
      </w:pPr>
      <w:r>
        <w:rPr>
          <w:color w:val="555555"/>
          <w:sz w:val="24"/>
        </w:rPr>
        <w:t>Original source of this document:</w:t>
      </w:r>
    </w:p>
    <w:p>
      <w:pPr>
        <w:jc w:val="center"/>
      </w:pPr>
      <w:hyperlink r:id="rId11">
        <w:r>
          <w:rPr>
            <w:color w:val="0000FF"/>
            <w:u w:val="single"/>
          </w:rPr>
          <w:t>https://docs-administrative.com/government-letter-template/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2">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headerReference w:type="default" r:id="rId9"/>
      <w:footerReference w:type="default" r:id="rId10"/>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This correspondence contains confidential information intended solely for the addressee. Unauthorized use, disclosure, or distribution is strictly prohibited and may be unlawful. If you have received this communication in error, please notify the sender immediately and delete all copies.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4"/>
      </w:rPr>
      <w:t>UNITED STATES GOVERNMENT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cs-administrative.com/government-letter-template/" TargetMode="External"/><Relationship Id="rId12"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