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INDIANA DURABLE POWER OF ATTORNEY</w:t>
      </w:r>
    </w:p>
    <w:p/>
    <w:p/>
    <w:p>
      <w:r>
        <w:rPr>
          <w:b w:val="0"/>
          <w:sz w:val="20"/>
        </w:rPr>
        <w:t>KNOW ALL PERSONS BY THESE PRESENTS, that I, ________________________________, residing at ________________________________________________________________, hereinafter referred to as "Principal," hereby appoint ____________________________, residing at ________________________________________________________________, hereinafter referred to as "Agent," as my true and lawful Attorney-in-Fact to act in my name, place, and stead, and for my use and benefit, in all matters as provided herein, with full power and authority to undertake and perform only the acts and duties enumerated in this document, as fully as I might or could do if personally present.</w:t>
      </w:r>
    </w:p>
    <w:p/>
    <w:p/>
    <w:p>
      <w:r>
        <w:rPr>
          <w:b/>
          <w:sz w:val="20"/>
        </w:rPr>
        <w:t>1. EFFECTIVE DATE AND DURABILITY</w:t>
      </w:r>
    </w:p>
    <w:p>
      <w:r>
        <w:rPr>
          <w:b w:val="0"/>
          <w:sz w:val="20"/>
        </w:rPr>
        <w:t>This Durable Power of Attorney shall become effective immediately upon execution and shall not be affected by my subsequent disability or incapacity, and shall remain in effect until revoked by me in writing.</w:t>
      </w:r>
    </w:p>
    <w:p/>
    <w:p>
      <w:r>
        <w:rPr>
          <w:b/>
          <w:sz w:val="20"/>
        </w:rPr>
        <w:t>2. GENERAL GRANT OF POWERS</w:t>
      </w:r>
    </w:p>
    <w:p>
      <w:r>
        <w:rPr>
          <w:b w:val="0"/>
          <w:sz w:val="20"/>
        </w:rPr>
        <w:t>Subject to any limitations stated herein, my Agent shall have full power and authority to act for me and in my name in any way which I myself could do, if I were personally present, to the extent permitted by Indiana law, including but not limited to the following powers:</w:t>
      </w:r>
    </w:p>
    <w:p/>
    <w:p>
      <w:r>
        <w:rPr>
          <w:b w:val="0"/>
          <w:sz w:val="20"/>
        </w:rPr>
        <w:t>• To manage, sell, lease, exchange, or dispose of real estate and personal property;</w:t>
      </w:r>
    </w:p>
    <w:p>
      <w:r>
        <w:rPr>
          <w:b w:val="0"/>
          <w:sz w:val="20"/>
        </w:rPr>
        <w:t>• To collect debts and demands owed to me;</w:t>
      </w:r>
    </w:p>
    <w:p>
      <w:r>
        <w:rPr>
          <w:b w:val="0"/>
          <w:sz w:val="20"/>
        </w:rPr>
        <w:t>• To open, maintain, and close bank and other financial accounts;</w:t>
      </w:r>
    </w:p>
    <w:p>
      <w:r>
        <w:rPr>
          <w:b w:val="0"/>
          <w:sz w:val="20"/>
        </w:rPr>
        <w:t>• To invest and reinvest funds;</w:t>
      </w:r>
    </w:p>
    <w:p>
      <w:r>
        <w:rPr>
          <w:b w:val="0"/>
          <w:sz w:val="20"/>
        </w:rPr>
        <w:t>• To borrow money and pledge or mortgage property;</w:t>
      </w:r>
    </w:p>
    <w:p>
      <w:r>
        <w:rPr>
          <w:b w:val="0"/>
          <w:sz w:val="20"/>
        </w:rPr>
        <w:t>• To make tax payments and claims, and to prepare, sign, and file federal, state, and local tax returns;</w:t>
      </w:r>
    </w:p>
    <w:p>
      <w:r>
        <w:rPr>
          <w:b w:val="0"/>
          <w:sz w:val="20"/>
        </w:rPr>
        <w:t>• To engage in business operations and to enter into contracts;</w:t>
      </w:r>
    </w:p>
    <w:p>
      <w:r>
        <w:rPr>
          <w:b w:val="0"/>
          <w:sz w:val="20"/>
        </w:rPr>
        <w:t>• To make gifts compliant with Indiana law and federal tax provisions;</w:t>
      </w:r>
    </w:p>
    <w:p>
      <w:r>
        <w:rPr>
          <w:b w:val="0"/>
          <w:sz w:val="20"/>
        </w:rPr>
        <w:t>• To authorize and consent to medical treatment, including access to medical records;</w:t>
      </w:r>
    </w:p>
    <w:p>
      <w:r>
        <w:rPr>
          <w:b w:val="0"/>
          <w:sz w:val="20"/>
        </w:rPr>
        <w:t>• To employ professional and other advisors as necessary;</w:t>
      </w:r>
    </w:p>
    <w:p>
      <w:r>
        <w:rPr>
          <w:b w:val="0"/>
          <w:sz w:val="20"/>
        </w:rPr>
        <w:t>• To initiate, defend, settle, or conclude legal proceedings;</w:t>
      </w:r>
    </w:p>
    <w:p>
      <w:r>
        <w:rPr>
          <w:b w:val="0"/>
          <w:sz w:val="20"/>
        </w:rPr>
        <w:t>• To execute and deliver all documents necessary to carry out the powers granted herein.</w:t>
      </w:r>
    </w:p>
    <w:p/>
    <w:p>
      <w:r>
        <w:rPr>
          <w:b/>
          <w:sz w:val="20"/>
        </w:rPr>
        <w:t>3. LIMITATIONS ON POWERS</w:t>
      </w:r>
    </w:p>
    <w:p>
      <w:r>
        <w:rPr>
          <w:b w:val="0"/>
          <w:sz w:val="20"/>
        </w:rPr>
        <w:t>The authority granted to my Agent excludes the power to make, amend, or revoke my Last Will and Testament, or to make gifts exceeding annual exclusion limits without express additional authorization.</w:t>
      </w:r>
    </w:p>
    <w:p/>
    <w:p>
      <w:r>
        <w:rPr>
          <w:b/>
          <w:sz w:val="20"/>
        </w:rPr>
        <w:t>4. NOMINATION OF GUARDIAN</w:t>
      </w:r>
    </w:p>
    <w:p>
      <w:r>
        <w:rPr>
          <w:b w:val="0"/>
          <w:sz w:val="20"/>
        </w:rPr>
        <w:t>In the event a court decides that it is necessary to appoint a guardian of my estate or person, I nominate my Agent to serve as such guardian.</w:t>
      </w:r>
    </w:p>
    <w:p/>
    <w:p>
      <w:r>
        <w:rPr>
          <w:b/>
          <w:sz w:val="20"/>
        </w:rPr>
        <w:t>5. RELIANCE ON THIS DOCUMENT</w:t>
      </w:r>
    </w:p>
    <w:p>
      <w:r>
        <w:rPr>
          <w:b w:val="0"/>
          <w:sz w:val="20"/>
        </w:rPr>
        <w:t>Third parties may rely upon the representations of my Agent as to all matters regarding powers granted under this document without further inquiry, and no person who acts in reliance upon the representations of my Agent shall incur any liability to me or my estate as a result of permitting my Agent to exercise any power.</w:t>
      </w:r>
    </w:p>
    <w:p/>
    <w:p>
      <w:r>
        <w:rPr>
          <w:b/>
          <w:sz w:val="20"/>
        </w:rPr>
        <w:t>6. REVOCATION</w:t>
      </w:r>
    </w:p>
    <w:p>
      <w:r>
        <w:rPr>
          <w:b w:val="0"/>
          <w:sz w:val="20"/>
        </w:rPr>
        <w:t>This Power of Attorney may be revoked by me at any time by providing written notice to my Agent and any third parties relying on this document.</w:t>
      </w:r>
    </w:p>
    <w:p/>
    <w:p>
      <w:r>
        <w:rPr>
          <w:b/>
          <w:sz w:val="20"/>
        </w:rPr>
        <w:t>7. GOVERNING LAW</w:t>
      </w:r>
    </w:p>
    <w:p>
      <w:r>
        <w:rPr>
          <w:b w:val="0"/>
          <w:sz w:val="20"/>
        </w:rPr>
        <w:t>This Power of Attorney shall be governed by the laws of the State of Indiana.</w:t>
      </w:r>
    </w:p>
    <w:p/>
    <w:p/>
    <w:p>
      <w:r>
        <w:rPr>
          <w:b w:val="0"/>
          <w:sz w:val="20"/>
        </w:rPr>
        <w:t>IN WITNESS WHEREOF, I have hereunto set my hand this ____ day of ____________________, _______.</w:t>
      </w:r>
    </w:p>
    <w:p/>
    <w:p/>
    <w:p>
      <w:r>
        <w:rPr>
          <w:b w:val="0"/>
          <w:sz w:val="20"/>
        </w:rPr>
        <w:t>________________________________________</w:t>
      </w:r>
    </w:p>
    <w:p>
      <w:r>
        <w:rPr>
          <w:b w:val="0"/>
          <w:sz w:val="20"/>
        </w:rPr>
        <w:t>Principal Signature</w:t>
      </w:r>
    </w:p>
    <w:p/>
    <w:p/>
    <w:p>
      <w:r>
        <w:rPr>
          <w:b w:val="0"/>
          <w:sz w:val="20"/>
        </w:rPr>
        <w:t>AGENT ACCEPTANCE</w:t>
      </w:r>
    </w:p>
    <w:p>
      <w:r>
        <w:rPr>
          <w:b w:val="0"/>
          <w:sz w:val="20"/>
        </w:rPr>
        <w:t>I, the undersigned Agent, hereby accept the appointment as Attorney-in-Fact for the Principal named above and agree to act in accordance with this Durable Power of Attorney.</w:t>
      </w:r>
    </w:p>
    <w:p/>
    <w:p/>
    <w:p>
      <w:r>
        <w:rPr>
          <w:b w:val="0"/>
          <w:sz w:val="20"/>
        </w:rPr>
        <w:t>________________________________________</w:t>
      </w:r>
    </w:p>
    <w:p>
      <w:r>
        <w:rPr>
          <w:b w:val="0"/>
          <w:sz w:val="20"/>
        </w:rPr>
        <w:t>Agent Signature</w:t>
      </w:r>
    </w:p>
    <w:p/>
    <w:p/>
    <w:p>
      <w:r>
        <w:rPr>
          <w:b w:val="0"/>
          <w:sz w:val="20"/>
        </w:rPr>
        <w:t>STATE OF INDIANA</w:t>
      </w:r>
    </w:p>
    <w:p>
      <w:r>
        <w:rPr>
          <w:b w:val="0"/>
          <w:sz w:val="20"/>
        </w:rPr>
        <w:t>COUNTY OF ______________________</w:t>
      </w:r>
    </w:p>
    <w:p/>
    <w:p>
      <w:r>
        <w:rPr>
          <w:b w:val="0"/>
          <w:sz w:val="20"/>
        </w:rPr>
        <w:t>On this ______ day of ____________________, ______, before me, the undersigned notary public, personally appeared ____________________________, known to me (or satisfactorily proven) to be the person whose name is subscribed to the within instrument, and acknowledged that he/she executed the same for the purposes therein contained.</w:t>
      </w:r>
    </w:p>
    <w:p/>
    <w:p>
      <w:r>
        <w:rPr>
          <w:b w:val="0"/>
          <w:sz w:val="20"/>
        </w:rPr>
        <w:t>IN WITNESS WHEREOF, I hereunto set my hand and official seal.</w:t>
      </w:r>
    </w:p>
    <w:p/>
    <w:p/>
    <w:p>
      <w:r>
        <w:rPr>
          <w:b w:val="0"/>
          <w:sz w:val="20"/>
        </w:rPr>
        <w:t>________________________________________</w:t>
      </w:r>
    </w:p>
    <w:p>
      <w:r>
        <w:rPr>
          <w:b w:val="0"/>
          <w:sz w:val="20"/>
        </w:rPr>
        <w:t>Notary Public</w:t>
      </w:r>
    </w:p>
    <w:p>
      <w:r>
        <w:rPr>
          <w:b w:val="0"/>
          <w:sz w:val="20"/>
        </w:rPr>
        <w:t>My commission expires: __________________</w:t>
      </w:r>
    </w:p>
    <w:p/>
    <w:p/>
    <w:p>
      <w:r>
        <w:rPr>
          <w:b w:val="0"/>
          <w:sz w:val="20"/>
        </w:rPr>
        <w:t>WITNESS ATTESTATION</w:t>
      </w:r>
    </w:p>
    <w:p>
      <w:r>
        <w:rPr>
          <w:b w:val="0"/>
          <w:sz w:val="20"/>
        </w:rPr>
        <w:t>The undersigned witness(es) declare that the Principal is personally known to us and appeared to be of sound mind and under no duress, fraud, or undue influence.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1</w:t>
            </w:r>
          </w:p>
        </w:tc>
        <w:tc>
          <w:tcPr>
            <w:tcW w:type="dxa" w:w="4986"/>
            <w:tcBorders>
              <w:top w:val="nil"/>
              <w:left w:val="nil"/>
              <w:bottom w:val="nil"/>
              <w:right w:val="nil"/>
              <w:insideH w:val="nil"/>
              <w:insideV w:val="nil"/>
            </w:tcBorders>
          </w:tcPr>
          <w:p>
            <w:pPr>
              <w:jc w:val="center"/>
            </w:pPr>
            <w:r>
              <w:t>Witness 2</w:t>
            </w:r>
          </w:p>
        </w:tc>
      </w:tr>
      <w:tr>
        <w:tc>
          <w:tcPr>
            <w:tcW w:type="dxa" w:w="4986"/>
            <w:tcBorders>
              <w:top w:val="nil"/>
              <w:left w:val="nil"/>
              <w:bottom w:val="nil"/>
              <w:right w:val="nil"/>
              <w:insideH w:val="nil"/>
              <w:insideV w:val="nil"/>
            </w:tcBorders>
          </w:tcPr>
          <w:p>
            <w:pPr>
              <w:jc w:val="center"/>
            </w:pPr>
            <w:r>
              <w:br/>
              <w:br/>
              <w:t>Signature: _________________________</w:t>
              <w:br/>
              <w:t>Name: ________________________________</w:t>
            </w:r>
          </w:p>
        </w:tc>
        <w:tc>
          <w:tcPr>
            <w:tcW w:type="dxa" w:w="4986"/>
            <w:tcBorders>
              <w:top w:val="nil"/>
              <w:left w:val="nil"/>
              <w:bottom w:val="nil"/>
              <w:right w:val="nil"/>
              <w:insideH w:val="nil"/>
              <w:insideV w:val="nil"/>
            </w:tcBorders>
          </w:tcPr>
          <w:p>
            <w:pPr>
              <w:jc w:val="center"/>
            </w:pPr>
            <w:r>
              <w:br/>
              <w:br/>
              <w:t>Signature: _________________________</w:t>
              <w:b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https://docs-administrative.com/indiana-durable-power-of-attorney-template/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indiana-durable-power-of-attorney-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