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LEGAL RESPONSE TO DEMAND LETTER</w:t>
      </w:r>
    </w:p>
    <w:p/>
    <w:p/>
    <w:p>
      <w:r>
        <w:rPr>
          <w:b/>
          <w:sz w:val="20"/>
        </w:rPr>
        <w:t>Sender Information:</w:t>
      </w:r>
    </w:p>
    <w:p>
      <w:r>
        <w:rPr>
          <w:b w:val="0"/>
          <w:sz w:val="20"/>
        </w:rPr>
        <w:t>Name: ________________________________________________________________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/>
          <w:sz w:val="20"/>
        </w:rPr>
        <w:t>Recipient Information:</w:t>
      </w:r>
    </w:p>
    <w:p>
      <w:r>
        <w:rPr>
          <w:b w:val="0"/>
          <w:sz w:val="20"/>
        </w:rPr>
        <w:t>Name: ________________________________________________________________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</w:t>
      </w:r>
    </w:p>
    <w:p/>
    <w:p>
      <w:r>
        <w:rPr>
          <w:b/>
          <w:sz w:val="20"/>
        </w:rPr>
        <w:t>Re: Response to Demand Letter</w:t>
      </w:r>
    </w:p>
    <w:p>
      <w:r>
        <w:rPr>
          <w:b w:val="0"/>
          <w:sz w:val="20"/>
        </w:rPr>
        <w:t>To Whom It May Concern,</w:t>
      </w:r>
    </w:p>
    <w:p/>
    <w:p>
      <w:r>
        <w:rPr>
          <w:b w:val="0"/>
          <w:sz w:val="20"/>
        </w:rPr>
        <w:t>I am writing in response to the demand letter received from you dated _____________________________. This letter constitutes my formal response to the allegations and claims set forth therein.</w:t>
      </w:r>
    </w:p>
    <w:p/>
    <w:p>
      <w:r>
        <w:rPr>
          <w:b/>
          <w:sz w:val="20"/>
        </w:rPr>
        <w:t>Background:</w:t>
      </w:r>
    </w:p>
    <w:p>
      <w:r>
        <w:rPr>
          <w:b w:val="0"/>
          <w:sz w:val="20"/>
        </w:rPr>
        <w:t>The facts and circumstances leading to the dispute are as follows: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Response to Allegations:</w:t>
      </w:r>
    </w:p>
    <w:p>
      <w:r>
        <w:rPr>
          <w:b w:val="0"/>
          <w:sz w:val="20"/>
        </w:rPr>
        <w:t>After careful review, I state the following with respect to each allegation made in your demand letter:</w:t>
      </w:r>
    </w:p>
    <w:p>
      <w:r>
        <w:rPr>
          <w:b w:val="0"/>
          <w:sz w:val="20"/>
        </w:rPr>
        <w:t>1. ____________________________________________________________________________</w:t>
      </w:r>
    </w:p>
    <w:p>
      <w:r>
        <w:rPr>
          <w:b w:val="0"/>
          <w:sz w:val="20"/>
        </w:rPr>
        <w:t>2. ____________________________________________________________________________</w:t>
      </w:r>
    </w:p>
    <w:p>
      <w:r>
        <w:rPr>
          <w:b w:val="0"/>
          <w:sz w:val="20"/>
        </w:rPr>
        <w:t>3. ____________________________________________________________________________</w:t>
      </w:r>
    </w:p>
    <w:p/>
    <w:p>
      <w:r>
        <w:rPr>
          <w:b/>
          <w:sz w:val="20"/>
        </w:rPr>
        <w:t>Legal Position:</w:t>
      </w:r>
    </w:p>
    <w:p>
      <w:r>
        <w:rPr>
          <w:b w:val="0"/>
          <w:sz w:val="20"/>
        </w:rPr>
        <w:t>Based on applicable United States law, the claims asserted in your demand letter lack merit for the reasons stated below: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Settlement Proposal:</w:t>
      </w:r>
    </w:p>
    <w:p>
      <w:r>
        <w:rPr>
          <w:b w:val="0"/>
          <w:sz w:val="20"/>
        </w:rPr>
        <w:t>In the interest of resolving this matter amicably and without resort to litigation, I propose the following: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Reservation of Rights:</w:t>
      </w:r>
    </w:p>
    <w:p>
      <w:r>
        <w:rPr>
          <w:b w:val="0"/>
          <w:sz w:val="20"/>
        </w:rPr>
        <w:t>This response is made without prejudice to any and all rights, claims, defenses, and remedies available to me under law or equity. Nothing contained herein shall be construed as a waiver of any such rights.</w:t>
      </w:r>
    </w:p>
    <w:p/>
    <w:p>
      <w:r>
        <w:rPr>
          <w:b w:val="0"/>
          <w:sz w:val="20"/>
        </w:rPr>
        <w:t>Please confirm receipt of this response and advise whether you are willing to engage in further discussions toward an amicable resolution.</w:t>
      </w:r>
    </w:p>
    <w:p/>
    <w:p/>
    <w:p>
      <w:r>
        <w:rPr>
          <w:b w:val="0"/>
          <w:sz w:val="20"/>
        </w:rPr>
        <w:t>Sincerely,</w:t>
      </w:r>
    </w:p>
    <w:p/>
    <w:p/>
    <w:p/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Signature</w:t>
      </w:r>
    </w:p>
    <w:p/>
    <w:p/>
    <w:p>
      <w:r>
        <w:rPr>
          <w:b w:val="0"/>
          <w:sz w:val="20"/>
        </w:rPr>
        <w:t>Printed Name: ____________________________________________________________</w:t>
      </w:r>
    </w:p>
    <w:p>
      <w:r>
        <w:rPr>
          <w:b w:val="0"/>
          <w:sz w:val="20"/>
        </w:rPr>
        <w:t>Date: _________________________________________________________________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Recipient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https://docs-administrative.com/legal-response-to-demand-letter-template/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https://docs-administrative.com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docs-administrative.com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-administrative.com/legal-response-to-demand-letter-template/" TargetMode="External"/><Relationship Id="rId10" Type="http://schemas.openxmlformats.org/officeDocument/2006/relationships/hyperlink" Target="https://docs-administrativ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