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BEFORE ACTION</w:t>
      </w:r>
    </w:p>
    <w:p/>
    <w:p/>
    <w:p>
      <w:r>
        <w:rPr>
          <w:b/>
          <w:sz w:val="20"/>
        </w:rPr>
        <w:t>Sender Information:</w:t>
      </w:r>
    </w:p>
    <w:p>
      <w:r>
        <w:rPr>
          <w:b w:val="0"/>
          <w:sz w:val="20"/>
        </w:rPr>
        <w:t>Full Name or Company: 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Recipient Information:</w:t>
      </w:r>
    </w:p>
    <w:p>
      <w:r>
        <w:rPr>
          <w:b w:val="0"/>
          <w:sz w:val="20"/>
        </w:rPr>
        <w:t>Full Name or Company: 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Subject:</w:t>
      </w:r>
    </w:p>
    <w:p>
      <w:r>
        <w:rPr>
          <w:b w:val="0"/>
          <w:sz w:val="20"/>
        </w:rPr>
        <w:t>Final Demand for Payment and Notice of Intent to Initiate Legal Action</w:t>
      </w:r>
    </w:p>
    <w:p/>
    <w:p/>
    <w:p>
      <w:r>
        <w:rPr>
          <w:b w:val="0"/>
          <w:sz w:val="20"/>
        </w:rPr>
        <w:t>Dear Sir or Madam,</w:t>
      </w:r>
    </w:p>
    <w:p/>
    <w:p>
      <w:r>
        <w:rPr>
          <w:b w:val="0"/>
          <w:sz w:val="20"/>
        </w:rPr>
        <w:t>This letter constitutes a formal demand for payment of the outstanding amount owed to me/us as detailed below. Despite previous attempts to resolve this matter amicably, payment has not been received. Please consider this letter as a final opportunity to remedy this situation and avoid legal proceedings.</w:t>
      </w:r>
    </w:p>
    <w:p/>
    <w:p>
      <w:r>
        <w:rPr>
          <w:b/>
          <w:sz w:val="20"/>
        </w:rPr>
        <w:t>Details of Debt / Claim:</w:t>
      </w:r>
    </w:p>
    <w:p>
      <w:r>
        <w:rPr>
          <w:b w:val="0"/>
          <w:sz w:val="20"/>
        </w:rPr>
        <w:t>Invoice Number / Contract Reference: ___________________________________</w:t>
      </w:r>
    </w:p>
    <w:p>
      <w:r>
        <w:rPr>
          <w:b w:val="0"/>
          <w:sz w:val="20"/>
        </w:rPr>
        <w:t>Date of Invoice / Contract: ____________________________________________</w:t>
      </w:r>
    </w:p>
    <w:p>
      <w:r>
        <w:rPr>
          <w:b w:val="0"/>
          <w:sz w:val="20"/>
        </w:rPr>
        <w:t>Description of Goods/Services: _________________________________________</w:t>
      </w:r>
    </w:p>
    <w:p>
      <w:r>
        <w:rPr>
          <w:b w:val="0"/>
          <w:sz w:val="20"/>
        </w:rPr>
        <w:t>Total Amount Due: $_________________ USD</w:t>
      </w:r>
    </w:p>
    <w:p>
      <w:r>
        <w:rPr>
          <w:b w:val="0"/>
          <w:sz w:val="20"/>
        </w:rPr>
        <w:t>Amount Paid (if any): $_________________ USD</w:t>
      </w:r>
    </w:p>
    <w:p>
      <w:r>
        <w:rPr>
          <w:b w:val="0"/>
          <w:sz w:val="20"/>
        </w:rPr>
        <w:t>Outstanding Amount: $_________________ USD</w:t>
      </w:r>
    </w:p>
    <w:p/>
    <w:p>
      <w:r>
        <w:rPr>
          <w:b/>
          <w:sz w:val="20"/>
        </w:rPr>
        <w:t>Payment Instructions:</w:t>
      </w:r>
    </w:p>
    <w:p>
      <w:r>
        <w:rPr>
          <w:b w:val="0"/>
          <w:sz w:val="20"/>
        </w:rPr>
        <w:t>Please remit the outstanding amount to the following account or address without delay:</w:t>
      </w:r>
    </w:p>
    <w:p>
      <w:r>
        <w:rPr>
          <w:b w:val="0"/>
          <w:sz w:val="20"/>
        </w:rPr>
        <w:t>Bank Name: ___________________________________________________________</w:t>
      </w:r>
    </w:p>
    <w:p>
      <w:r>
        <w:rPr>
          <w:b w:val="0"/>
          <w:sz w:val="20"/>
        </w:rPr>
        <w:t>Account Name: ________________________________________________________</w:t>
      </w:r>
    </w:p>
    <w:p>
      <w:r>
        <w:rPr>
          <w:b w:val="0"/>
          <w:sz w:val="20"/>
        </w:rPr>
        <w:t>Account Number: ______________________________________________________</w:t>
      </w:r>
    </w:p>
    <w:p>
      <w:r>
        <w:rPr>
          <w:b w:val="0"/>
          <w:sz w:val="20"/>
        </w:rPr>
        <w:t>Routing Number / SWIFT: _______________________________________________</w:t>
      </w:r>
    </w:p>
    <w:p>
      <w:r>
        <w:rPr>
          <w:b w:val="0"/>
          <w:sz w:val="20"/>
        </w:rPr>
        <w:t>Alternatively, payment can be made by check or money order payable to the above-named sender, sent to the address provided.</w:t>
      </w:r>
    </w:p>
    <w:p/>
    <w:p>
      <w:r>
        <w:rPr>
          <w:b/>
          <w:sz w:val="20"/>
        </w:rPr>
        <w:t>Legal Notice:</w:t>
      </w:r>
    </w:p>
    <w:p>
      <w:r>
        <w:rPr>
          <w:b w:val="0"/>
          <w:sz w:val="20"/>
        </w:rPr>
        <w:t>If payment is not received within ______________ days of receipt of this letter, I/we will have no alternative but to initiate legal action to recover the debt without further notice. This may include filing a lawsuit in the appropriate court, which could result in additional costs, including but not limited to attorney’s fees, court costs, and interest on the outstanding amount, all of which will be sought in full.</w:t>
      </w:r>
    </w:p>
    <w:p/>
    <w:p>
      <w:r>
        <w:rPr>
          <w:b/>
          <w:sz w:val="20"/>
        </w:rPr>
        <w:t>Opportunity to Resolve:</w:t>
      </w:r>
    </w:p>
    <w:p>
      <w:r>
        <w:rPr>
          <w:b w:val="0"/>
          <w:sz w:val="20"/>
        </w:rPr>
        <w:t>I/We remain open to discussing this matter to avoid litigation. If you believe you have any valid defenses or disputes regarding this claim, please contact me/us immediately with full details to attempt resolution.</w:t>
      </w:r>
    </w:p>
    <w:p/>
    <w:p>
      <w:r>
        <w:rPr>
          <w:b/>
          <w:sz w:val="20"/>
        </w:rPr>
        <w:t>No Waiver:</w:t>
      </w:r>
    </w:p>
    <w:p>
      <w:r>
        <w:rPr>
          <w:b w:val="0"/>
          <w:sz w:val="20"/>
        </w:rPr>
        <w:t>Please be advised that nothing in this letter shall constitute a waiver of any rights or remedies available to me/us at law or in equity.</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https://docs-administrative.com/letter-before-action-template/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letter-before-action-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