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LIMITED POWER OF ATTORNEY</w:t>
      </w:r>
    </w:p>
    <w:p/>
    <w:p/>
    <w:p>
      <w:r>
        <w:rPr>
          <w:b/>
          <w:sz w:val="20"/>
        </w:rPr>
        <w:t>KNOW ALL PERSONS BY THESE PRESENTS:</w:t>
      </w:r>
    </w:p>
    <w:p/>
    <w:p>
      <w:r>
        <w:rPr>
          <w:b w:val="0"/>
          <w:sz w:val="20"/>
        </w:rPr>
        <w:t>That I, the undersigned Principal, hereby appoint and constitute the following person as my true and lawful Attorney-in-Fact (hereinafter referred to as "Agent"), to act in my name, place, and stead to the extent and subject to the limitations set forth herein.</w:t>
      </w:r>
    </w:p>
    <w:p/>
    <w:p/>
    <w:p>
      <w:r>
        <w:rPr>
          <w:b/>
          <w:sz w:val="20"/>
        </w:rPr>
        <w:t>PRINCIPAL INFORMATION:</w:t>
      </w:r>
    </w:p>
    <w:p>
      <w:r>
        <w:rPr>
          <w:b w:val="0"/>
          <w:sz w:val="20"/>
        </w:rPr>
        <w:t>Full Legal Name: __________________________________________________________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w:t>
      </w:r>
    </w:p>
    <w:p>
      <w:r>
        <w:rPr>
          <w:b w:val="0"/>
          <w:sz w:val="20"/>
        </w:rPr>
        <w:t>Phone Number: ____________________________________________________________</w:t>
      </w:r>
    </w:p>
    <w:p/>
    <w:p>
      <w:r>
        <w:rPr>
          <w:b/>
          <w:sz w:val="20"/>
        </w:rPr>
        <w:t>AGENT INFORMATION:</w:t>
      </w:r>
    </w:p>
    <w:p>
      <w:r>
        <w:rPr>
          <w:b w:val="0"/>
          <w:sz w:val="20"/>
        </w:rPr>
        <w:t>Full Legal Name: __________________________________________________________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w:t>
      </w:r>
    </w:p>
    <w:p>
      <w:r>
        <w:rPr>
          <w:b w:val="0"/>
          <w:sz w:val="20"/>
        </w:rPr>
        <w:t>Phone Number: ____________________________________________________________</w:t>
      </w:r>
    </w:p>
    <w:p/>
    <w:p/>
    <w:p>
      <w:r>
        <w:rPr>
          <w:b/>
          <w:sz w:val="20"/>
        </w:rPr>
        <w:t>GRANT OF AUTHORITY:</w:t>
      </w:r>
    </w:p>
    <w:p>
      <w:r>
        <w:rPr>
          <w:b w:val="0"/>
          <w:sz w:val="20"/>
        </w:rPr>
        <w:t>The Agent shall have the limited power and authority to perform the following acts on behalf of the Principal, subject to all limitations set forth herein:</w:t>
      </w:r>
    </w:p>
    <w:p>
      <w:r>
        <w:rPr>
          <w:b w:val="0"/>
          <w:sz w:val="20"/>
        </w:rPr>
        <w:t>1. To manage, negotiate, execute, and deliver documents related to the purchase, sale, lease, or financing of real property or personal property.</w:t>
      </w:r>
    </w:p>
    <w:p>
      <w:r>
        <w:rPr>
          <w:b w:val="0"/>
          <w:sz w:val="20"/>
        </w:rPr>
        <w:t>2. To open, maintain, and close bank accounts in the name of the Principal, including signing checks and withdrawing funds.</w:t>
      </w:r>
    </w:p>
    <w:p>
      <w:r>
        <w:rPr>
          <w:b w:val="0"/>
          <w:sz w:val="20"/>
        </w:rPr>
        <w:t>3. To represent the Principal before any governmental agencies, financial institutions, or other entities in connection with the specific matters authorized herein.</w:t>
      </w:r>
    </w:p>
    <w:p>
      <w:r>
        <w:rPr>
          <w:b w:val="0"/>
          <w:sz w:val="20"/>
        </w:rPr>
        <w:t>4. To apply for, receive, and endorse checks, drafts, or other instruments payable to the Principal.</w:t>
      </w:r>
    </w:p>
    <w:p>
      <w:r>
        <w:rPr>
          <w:b w:val="0"/>
          <w:sz w:val="20"/>
        </w:rPr>
        <w:t>5. To handle insurance claims and matters concerning insurance policies held by the Principal.</w:t>
      </w:r>
    </w:p>
    <w:p>
      <w:r>
        <w:rPr>
          <w:b w:val="0"/>
          <w:sz w:val="20"/>
        </w:rPr>
        <w:t>6. To sign any documents necessary to implement these authorities, including contracts, agreements, and acknowledgments.</w:t>
      </w:r>
    </w:p>
    <w:p/>
    <w:p/>
    <w:p>
      <w:r>
        <w:rPr>
          <w:b/>
          <w:sz w:val="20"/>
        </w:rPr>
        <w:t>LIMITATIONS ON AGENT AUTHORITY:</w:t>
      </w:r>
    </w:p>
    <w:p>
      <w:r>
        <w:rPr>
          <w:b w:val="0"/>
          <w:sz w:val="20"/>
        </w:rPr>
        <w:t>This Power of Attorney does NOT authorize the Agent to:</w:t>
      </w:r>
    </w:p>
    <w:p>
      <w:r>
        <w:rPr>
          <w:b w:val="0"/>
          <w:sz w:val="20"/>
        </w:rPr>
        <w:t>1. Make, amend, or revoke a will or testamentary trust on behalf of the Principal.</w:t>
      </w:r>
    </w:p>
    <w:p>
      <w:r>
        <w:rPr>
          <w:b w:val="0"/>
          <w:sz w:val="20"/>
        </w:rPr>
        <w:t>2. Make gifts or donations on behalf of the Principal, except those specifically authorized in writing.</w:t>
      </w:r>
    </w:p>
    <w:p>
      <w:r>
        <w:rPr>
          <w:b w:val="0"/>
          <w:sz w:val="20"/>
        </w:rPr>
        <w:t>3. Perform any act that would require the Principal's personal presence or that is expressly prohibited by law or this document.</w:t>
      </w:r>
    </w:p>
    <w:p>
      <w:r>
        <w:rPr>
          <w:b w:val="0"/>
          <w:sz w:val="20"/>
        </w:rPr>
        <w:t>4. Delegate the powers granted herein to any other person without the express written consent of the Principal.</w:t>
      </w:r>
    </w:p>
    <w:p/>
    <w:p/>
    <w:p>
      <w:r>
        <w:rPr>
          <w:b/>
          <w:sz w:val="20"/>
        </w:rPr>
        <w:t>EFFECTIVE DATE AND DURABILITY:</w:t>
      </w:r>
    </w:p>
    <w:p>
      <w:r>
        <w:rPr>
          <w:b w:val="0"/>
          <w:sz w:val="20"/>
        </w:rPr>
        <w:t>This Limited Power of Attorney shall become effective immediately upon execution and shall remain in effect until revoked by the Principal in writing or until the purpose of this Power of Attorney has been fulfilled.</w:t>
      </w:r>
    </w:p>
    <w:p>
      <w:r>
        <w:rPr>
          <w:b w:val="0"/>
          <w:sz w:val="20"/>
        </w:rPr>
        <w:t>This Power of Attorney shall not be affected by the Principal's subsequent disability or incapacity unless otherwise provided by applicable law.</w:t>
      </w:r>
    </w:p>
    <w:p/>
    <w:p/>
    <w:p>
      <w:r>
        <w:rPr>
          <w:b/>
          <w:sz w:val="20"/>
        </w:rPr>
        <w:t>REVOCATION:</w:t>
      </w:r>
    </w:p>
    <w:p>
      <w:r>
        <w:rPr>
          <w:b w:val="0"/>
          <w:sz w:val="20"/>
        </w:rPr>
        <w:t>The Principal reserves the right to revoke this Power of Attorney at any time by providing written notice to the Agent and any third party relying on this document.</w:t>
      </w:r>
    </w:p>
    <w:p/>
    <w:p/>
    <w:p>
      <w:r>
        <w:rPr>
          <w:b/>
          <w:sz w:val="20"/>
        </w:rPr>
        <w:t>GOVERNING LAW:</w:t>
      </w:r>
    </w:p>
    <w:p>
      <w:r>
        <w:rPr>
          <w:b w:val="0"/>
          <w:sz w:val="20"/>
        </w:rPr>
        <w:t>This Power of Attorney shall be governed by and construed in accordance with the laws of the State of ______________________, United States of America.</w:t>
      </w:r>
    </w:p>
    <w:p/>
    <w:p/>
    <w:p>
      <w:r>
        <w:rPr>
          <w:b/>
          <w:sz w:val="20"/>
        </w:rPr>
        <w:t>INDEMNIFICATION OF AGENT:</w:t>
      </w:r>
    </w:p>
    <w:p>
      <w:r>
        <w:rPr>
          <w:b w:val="0"/>
          <w:sz w:val="20"/>
        </w:rPr>
        <w:t>The Principal agrees to indemnify and hold harmless the Agent from any loss, liability, or expense, including reasonable attorney's fees, arising from the lawful exercise of the powers granted herein, except in cases of willful misconduct or gross negligence.</w:t>
      </w:r>
    </w:p>
    <w:p/>
    <w:p/>
    <w:p>
      <w:r>
        <w:rPr>
          <w:b/>
          <w:sz w:val="20"/>
        </w:rPr>
        <w:t>IN WITNESS WHEREOF, the Principal has executed this Limited Power of Attorney on the date and year set forth below.</w:t>
      </w:r>
    </w:p>
    <w:p/>
    <w:p/>
    <w:p>
      <w:r>
        <w:rPr>
          <w:b w:val="0"/>
          <w:sz w:val="20"/>
        </w:rPr>
        <w:t>Principal Signature: ____________________________________________</w:t>
      </w:r>
    </w:p>
    <w:p>
      <w:r>
        <w:rPr>
          <w:b w:val="0"/>
          <w:sz w:val="20"/>
        </w:rPr>
        <w:t>Printed Name: __________________________________________________</w:t>
      </w:r>
    </w:p>
    <w:p>
      <w:r>
        <w:rPr>
          <w:b w:val="0"/>
          <w:sz w:val="20"/>
        </w:rPr>
        <w:t>Date: _________________________________________________________</w:t>
      </w:r>
    </w:p>
    <w:p/>
    <w:p/>
    <w:p/>
    <w:p>
      <w:r>
        <w:rPr>
          <w:b/>
          <w:sz w:val="20"/>
        </w:rPr>
        <w:t>AGENT ACCEPTANCE:</w:t>
      </w:r>
    </w:p>
    <w:p>
      <w:r>
        <w:rPr>
          <w:b w:val="0"/>
          <w:sz w:val="20"/>
        </w:rPr>
        <w:t>I, the undersigned Agent, hereby accept the appointment as Attorney-in-Fact named above, and I agree to act in accordance with the terms and conditions set forth in this Limited Power of Attorney.</w:t>
      </w:r>
    </w:p>
    <w:p/>
    <w:p>
      <w:r>
        <w:rPr>
          <w:b w:val="0"/>
          <w:sz w:val="20"/>
        </w:rPr>
        <w:t>Agent Signature: ______________________________________________</w:t>
      </w:r>
    </w:p>
    <w:p>
      <w:r>
        <w:rPr>
          <w:b w:val="0"/>
          <w:sz w:val="20"/>
        </w:rPr>
        <w:t>Printed Name: __________________________________________________</w:t>
      </w:r>
    </w:p>
    <w:p>
      <w:r>
        <w:rPr>
          <w:b w:val="0"/>
          <w:sz w:val="20"/>
        </w:rPr>
        <w:t>Date: _________________________________________________________</w:t>
      </w:r>
    </w:p>
    <w:p/>
    <w:p/>
    <w:p/>
    <w:p>
      <w:r>
        <w:rPr>
          <w:b/>
          <w:sz w:val="20"/>
        </w:rPr>
        <w:t>STATE OF ______________________</w:t>
      </w:r>
    </w:p>
    <w:p>
      <w:r>
        <w:rPr>
          <w:b/>
          <w:sz w:val="20"/>
        </w:rPr>
        <w:t>COUNTY OF ____________________</w:t>
      </w:r>
    </w:p>
    <w:p/>
    <w:p>
      <w:r>
        <w:rPr>
          <w:b w:val="0"/>
          <w:sz w:val="20"/>
        </w:rPr>
        <w:t>On this ______ day of ____________________, before me, the undersigned Notary Public, personally appeared __________________________________________________, known to me (or satisfactorily proven) to be the person whose name is subscribed to the within instrument, and acknowledged that he/she executed the same for the purposes therein contained.</w:t>
      </w:r>
    </w:p>
    <w:p/>
    <w:p>
      <w:r>
        <w:rPr>
          <w:b/>
          <w:sz w:val="20"/>
        </w:rPr>
        <w:t>IN WITNESS WHEREOF, I hereunto set my hand and official seal.</w:t>
      </w:r>
    </w:p>
    <w:p/>
    <w:p>
      <w:r>
        <w:rPr>
          <w:b w:val="0"/>
          <w:sz w:val="20"/>
        </w:rPr>
        <w:t>Notary Public Signature: _____________________________________</w:t>
      </w:r>
    </w:p>
    <w:p>
      <w:r>
        <w:rPr>
          <w:b w:val="0"/>
          <w:sz w:val="20"/>
        </w:rPr>
        <w:t>Printed Name: ________________________________________________</w:t>
      </w:r>
    </w:p>
    <w:p>
      <w:r>
        <w:rPr>
          <w:b w:val="0"/>
          <w:sz w:val="20"/>
        </w:rPr>
        <w:t>My Commission Expires: _______________________________________</w:t>
      </w:r>
    </w:p>
    <w:p>
      <w:r>
        <w:rPr>
          <w:b w:val="0"/>
          <w:sz w:val="20"/>
        </w:rPr>
        <w:t>Notary Seal: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PRINCIPAL</w:t>
            </w:r>
          </w:p>
        </w:tc>
        <w:tc>
          <w:tcPr>
            <w:tcW w:type="dxa" w:w="4986"/>
            <w:tcBorders>
              <w:top w:val="nil"/>
              <w:left w:val="nil"/>
              <w:bottom w:val="nil"/>
              <w:right w:val="nil"/>
              <w:insideH w:val="nil"/>
              <w:insideV w:val="nil"/>
            </w:tcBorders>
          </w:tcPr>
          <w:p>
            <w:pPr>
              <w:jc w:val="center"/>
            </w:pPr>
            <w:r>
              <w:t>AGENT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w:t>
            </w:r>
          </w:p>
        </w:tc>
        <w:tc>
          <w:tcPr>
            <w:tcW w:type="dxa" w:w="4986"/>
            <w:tcBorders>
              <w:top w:val="nil"/>
              <w:left w:val="nil"/>
              <w:bottom w:val="nil"/>
              <w:right w:val="nil"/>
              <w:insideH w:val="nil"/>
              <w:insideV w:val="nil"/>
            </w:tcBorders>
          </w:tcPr>
          <w:p>
            <w:pPr>
              <w:jc w:val="center"/>
            </w:pPr>
            <w:r>
              <w:t>Printed Name: 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https://docs-administrative.com/limited-power-of-attorney-template/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limited-power-of-attorney-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