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REFERENCE LETTER</w:t>
      </w:r>
    </w:p>
    <w:p/>
    <w:p/>
    <w:p>
      <w:r>
        <w:rPr>
          <w:b w:val="0"/>
          <w:sz w:val="20"/>
        </w:rPr>
        <w:t>To Whom It May Concern,</w:t>
      </w:r>
    </w:p>
    <w:p/>
    <w:p>
      <w:r>
        <w:rPr>
          <w:b w:val="0"/>
          <w:sz w:val="20"/>
        </w:rPr>
        <w:t>This letter serves as a formal reference for the individual named below. The purpose of this reference is to provide an honest and factual account of the person's character, skills, and experience, based on direct knowledge and assessment during the period of association.</w:t>
      </w:r>
    </w:p>
    <w:p/>
    <w:p/>
    <w:p>
      <w:r>
        <w:rPr>
          <w:b/>
          <w:sz w:val="20"/>
        </w:rPr>
        <w:t>Referee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Company/Organisation: _________________________________________________</w:t>
      </w:r>
    </w:p>
    <w:p>
      <w:r>
        <w:rPr>
          <w:b w:val="0"/>
          <w:sz w:val="20"/>
        </w:rPr>
        <w:t>Contact Information: _________________________________________________</w:t>
      </w:r>
    </w:p>
    <w:p/>
    <w:p>
      <w:r>
        <w:rPr>
          <w:b/>
          <w:sz w:val="20"/>
        </w:rPr>
        <w:t>Recipient Information (if known):</w:t>
      </w:r>
    </w:p>
    <w:p>
      <w:r>
        <w:rPr>
          <w:b w:val="0"/>
          <w:sz w:val="20"/>
        </w:rPr>
        <w:t>Full Name or Organisation: ______________________________________________</w:t>
      </w:r>
    </w:p>
    <w:p>
      <w:r>
        <w:rPr>
          <w:b w:val="0"/>
          <w:sz w:val="20"/>
        </w:rPr>
        <w:t>Position/Title: ________________________________________________________</w:t>
      </w:r>
    </w:p>
    <w:p>
      <w:r>
        <w:rPr>
          <w:b w:val="0"/>
          <w:sz w:val="20"/>
        </w:rPr>
        <w:t>Company/Organisation: _________________________________________________</w:t>
      </w:r>
    </w:p>
    <w:p/>
    <w:p>
      <w:r>
        <w:rPr>
          <w:b/>
          <w:sz w:val="20"/>
        </w:rPr>
        <w:t>Subject of Reference:</w:t>
      </w:r>
    </w:p>
    <w:p>
      <w:r>
        <w:rPr>
          <w:b w:val="0"/>
          <w:sz w:val="20"/>
        </w:rPr>
        <w:t>Full Name: ____________________________________________________________</w:t>
      </w:r>
    </w:p>
    <w:p>
      <w:r>
        <w:rPr>
          <w:b w:val="0"/>
          <w:sz w:val="20"/>
        </w:rPr>
        <w:t>Relationship to Referee: _______________________________________________</w:t>
      </w:r>
    </w:p>
    <w:p>
      <w:r>
        <w:rPr>
          <w:b w:val="0"/>
          <w:sz w:val="20"/>
        </w:rPr>
        <w:t>Period Known: _________________________________________________________</w:t>
      </w:r>
    </w:p>
    <w:p/>
    <w:p>
      <w:r>
        <w:rPr>
          <w:b/>
          <w:sz w:val="20"/>
        </w:rPr>
        <w:t>Reference Details:</w:t>
      </w:r>
    </w:p>
    <w:p>
      <w:r>
        <w:rPr>
          <w:b w:val="0"/>
          <w:sz w:val="20"/>
        </w:rPr>
        <w:t>I have had the opportunity to work with the above-named individual and can attest to their professional skills, reliability, and personal integrity. Throughout the period of our association, they have consistently demonstrated a high level of competence, dedication, and a positive attitude towards their responsibilities.</w:t>
      </w:r>
    </w:p>
    <w:p/>
    <w:p>
      <w:r>
        <w:rPr>
          <w:b w:val="0"/>
          <w:sz w:val="20"/>
        </w:rPr>
        <w:t>The individual has shown excellent communication skills, the ability to work both independently and collaboratively within a team, and a commitment to meeting deadlines and exceeding expectations. They have managed tasks efficiently, adapted well to changing environments, and handled challenges with professionalism and discretion.</w:t>
      </w:r>
    </w:p>
    <w:p/>
    <w:p>
      <w:r>
        <w:rPr>
          <w:b w:val="0"/>
          <w:sz w:val="20"/>
        </w:rPr>
        <w:t>Based on my experience, I am confident that this person will be a valuable asset to any organisation or endeavour they choose to pursue.</w:t>
      </w:r>
    </w:p>
    <w:p/>
    <w:p/>
    <w:p>
      <w:r>
        <w:rPr>
          <w:b/>
          <w:sz w:val="20"/>
        </w:rPr>
        <w:t>Legal Disclaimer:</w:t>
      </w:r>
    </w:p>
    <w:p>
      <w:r>
        <w:rPr>
          <w:b w:val="0"/>
          <w:sz w:val="20"/>
        </w:rPr>
        <w:t>This reference is provided in good faith based on my personal knowledge and experience with the individual. It is not intended to be exhaustive or all-encompassing, and I do not accept liability for decisions made based on this letter. Recipients are advised to conduct their own due diligence in relation to the individual. This document complies with applicable Australian and United States laws governing reference letters.</w:t>
      </w:r>
    </w:p>
    <w:p/>
    <w:p/>
    <w:p>
      <w:r>
        <w:rPr>
          <w:b w:val="0"/>
          <w:sz w:val="20"/>
        </w:rPr>
        <w:t>Should you require any further information, please do not hesitate to contact me using the information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Referee Signature</w:t>
            </w:r>
          </w:p>
        </w:tc>
        <w:tc>
          <w:tcPr>
            <w:tcW w:type="dxa" w:w="4986"/>
            <w:tcBorders>
              <w:top w:val="nil"/>
              <w:left w:val="nil"/>
              <w:bottom w:val="nil"/>
              <w:right w:val="nil"/>
              <w:insideH w:val="nil"/>
              <w:insideV w:val="nil"/>
            </w:tcBorders>
          </w:tcPr>
          <w:p>
            <w:pPr>
              <w:jc w:val="center"/>
            </w:pPr>
            <w:r>
              <w:t>Subject's Acknowledgment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https://docs-administrative.com/reference-letter-template-australia/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reference-letter-template-australia/"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