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SCHOOL INCIDENT REPORT</w:t>
      </w:r>
    </w:p>
    <w:p/>
    <w:p/>
    <w:p>
      <w:r>
        <w:rPr>
          <w:b/>
          <w:sz w:val="20"/>
        </w:rPr>
        <w:t>Reporting School Information</w:t>
      </w:r>
    </w:p>
    <w:p>
      <w:r>
        <w:rPr>
          <w:b w:val="0"/>
          <w:sz w:val="20"/>
        </w:rPr>
        <w:t>School Name: 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____________________________________________________________</w:t>
      </w:r>
    </w:p>
    <w:p>
      <w:r>
        <w:rPr>
          <w:b w:val="0"/>
          <w:sz w:val="20"/>
        </w:rPr>
        <w:t>Administrator/Principal Name: _____________________________________________</w:t>
      </w:r>
    </w:p>
    <w:p/>
    <w:p>
      <w:r>
        <w:rPr>
          <w:b/>
          <w:sz w:val="20"/>
        </w:rPr>
        <w:t>Reporter Information</w:t>
      </w:r>
    </w:p>
    <w:p>
      <w:r>
        <w:rPr>
          <w:b w:val="0"/>
          <w:sz w:val="20"/>
        </w:rPr>
        <w:t>Full Name: _______________________________________________________________</w:t>
      </w:r>
    </w:p>
    <w:p>
      <w:r>
        <w:rPr>
          <w:b w:val="0"/>
          <w:sz w:val="20"/>
        </w:rPr>
        <w:t>Position/Role: ____________________________________________________________</w:t>
      </w:r>
    </w:p>
    <w:p>
      <w:r>
        <w:rPr>
          <w:b w:val="0"/>
          <w:sz w:val="20"/>
        </w:rPr>
        <w:t>Contact Information: _____________________________________________________</w:t>
      </w:r>
    </w:p>
    <w:p/>
    <w:p>
      <w:r>
        <w:rPr>
          <w:b/>
          <w:sz w:val="20"/>
        </w:rPr>
        <w:t>Incident Details</w:t>
      </w:r>
    </w:p>
    <w:p>
      <w:r>
        <w:rPr>
          <w:b w:val="0"/>
          <w:sz w:val="20"/>
        </w:rPr>
        <w:t>Date and Time of Incident: ________________________________________________</w:t>
      </w:r>
    </w:p>
    <w:p>
      <w:r>
        <w:rPr>
          <w:b w:val="0"/>
          <w:sz w:val="20"/>
        </w:rPr>
        <w:t>Location of Incident: _____________________________________________________</w:t>
      </w:r>
    </w:p>
    <w:p>
      <w:r>
        <w:rPr>
          <w:b w:val="0"/>
          <w:sz w:val="20"/>
        </w:rPr>
        <w:t>Type of Incident: _________________________________________________________</w:t>
      </w:r>
    </w:p>
    <w:p>
      <w:r>
        <w:rPr>
          <w:b w:val="0"/>
          <w:sz w:val="20"/>
        </w:rPr>
        <w:t>Description of Incident:</w:t>
      </w:r>
    </w:p>
    <w:p>
      <w:r>
        <w:t>_______________________________________________________________________</w:t>
        <w:br/>
        <w:t>_______________________________________________________________________</w:t>
        <w:br/>
        <w:t>_______________________________________________________________________</w:t>
        <w:br/>
        <w:t>_______________________________________________________________________</w:t>
        <w:br/>
        <w:t>_______________________________________________________________________</w:t>
        <w:br/>
        <w:t>_______________________________________________________________________</w:t>
        <w:br/>
      </w:r>
    </w:p>
    <w:p/>
    <w:p>
      <w:r>
        <w:rPr>
          <w:b/>
          <w:sz w:val="20"/>
        </w:rPr>
        <w:t>Persons Involved</w:t>
      </w:r>
    </w:p>
    <w:p>
      <w:r>
        <w:rPr>
          <w:b w:val="0"/>
          <w:sz w:val="20"/>
        </w:rPr>
        <w:t>Student(s) Name(s), if applicable: ________________________________________</w:t>
      </w:r>
    </w:p>
    <w:p>
      <w:r>
        <w:rPr>
          <w:b w:val="0"/>
          <w:sz w:val="20"/>
        </w:rPr>
        <w:t>Staff Member(s) Name(s), if applicable: ____________________________________</w:t>
      </w:r>
    </w:p>
    <w:p>
      <w:r>
        <w:rPr>
          <w:b w:val="0"/>
          <w:sz w:val="20"/>
        </w:rPr>
        <w:t>Other Individual(s) Name(s), if applicable: ________________________________</w:t>
      </w:r>
    </w:p>
    <w:p/>
    <w:p>
      <w:r>
        <w:rPr>
          <w:b/>
          <w:sz w:val="20"/>
        </w:rPr>
        <w:t>Witness Information</w:t>
      </w:r>
    </w:p>
    <w:p>
      <w:r>
        <w:rPr>
          <w:b w:val="0"/>
          <w:sz w:val="20"/>
        </w:rPr>
        <w:t>Name(s): ________________________________________________________________</w:t>
      </w:r>
    </w:p>
    <w:p>
      <w:r>
        <w:rPr>
          <w:b w:val="0"/>
          <w:sz w:val="20"/>
        </w:rPr>
        <w:t>Contact Information: _____________________________________________________</w:t>
      </w:r>
    </w:p>
    <w:p/>
    <w:p>
      <w:r>
        <w:rPr>
          <w:b/>
          <w:sz w:val="20"/>
        </w:rPr>
        <w:t>Actions Taken</w:t>
      </w:r>
    </w:p>
    <w:p>
      <w:r>
        <w:rPr>
          <w:b w:val="0"/>
          <w:sz w:val="20"/>
        </w:rPr>
        <w:t>Immediate Actions Taken by Staff:</w:t>
      </w:r>
    </w:p>
    <w:p>
      <w:r>
        <w:t>_______________________________________________________________________</w:t>
        <w:br/>
        <w:t>_______________________________________________________________________</w:t>
        <w:br/>
        <w:t>_______________________________________________________________________</w:t>
        <w:br/>
        <w:t>_______________________________________________________________________</w:t>
        <w:br/>
      </w:r>
    </w:p>
    <w:p>
      <w:r>
        <w:rPr>
          <w:b w:val="0"/>
          <w:sz w:val="20"/>
        </w:rPr>
        <w:t>Notifications:</w:t>
      </w:r>
    </w:p>
    <w:p>
      <w:r>
        <w:rPr>
          <w:b w:val="0"/>
          <w:sz w:val="20"/>
        </w:rPr>
        <w:t>☐ Parents/Guardians notified</w:t>
      </w:r>
    </w:p>
    <w:p>
      <w:r>
        <w:rPr>
          <w:b w:val="0"/>
          <w:sz w:val="20"/>
        </w:rPr>
        <w:t>☐ School Administration notified</w:t>
      </w:r>
    </w:p>
    <w:p>
      <w:r>
        <w:rPr>
          <w:b w:val="0"/>
          <w:sz w:val="20"/>
        </w:rPr>
        <w:t>☐ Law Enforcement notified</w:t>
      </w:r>
    </w:p>
    <w:p>
      <w:r>
        <w:rPr>
          <w:b w:val="0"/>
          <w:sz w:val="20"/>
        </w:rPr>
        <w:t>☐ Medical Personnel notified</w:t>
      </w:r>
    </w:p>
    <w:p>
      <w:r>
        <w:rPr>
          <w:b w:val="0"/>
          <w:sz w:val="20"/>
        </w:rPr>
        <w:t>☐ Other: ________________________________________________________________</w:t>
      </w:r>
    </w:p>
    <w:p/>
    <w:p>
      <w:r>
        <w:rPr>
          <w:b/>
          <w:sz w:val="20"/>
        </w:rPr>
        <w:t>Follow-up Actions Planned or Taken</w:t>
      </w:r>
    </w:p>
    <w:p>
      <w:r>
        <w:t>_______________________________________________________________________</w:t>
        <w:br/>
        <w:t>_______________________________________________________________________</w:t>
        <w:br/>
        <w:t>_______________________________________________________________________</w:t>
        <w:br/>
        <w:t>_______________________________________________________________________</w:t>
        <w:br/>
        <w:t>_______________________________________________________________________</w:t>
        <w:br/>
      </w:r>
    </w:p>
    <w:p/>
    <w:p>
      <w:r>
        <w:rPr>
          <w:b/>
          <w:sz w:val="20"/>
        </w:rPr>
        <w:t>Safety and Prevention Measures Recommended or Implemented</w:t>
      </w:r>
    </w:p>
    <w:p>
      <w:r>
        <w:t>_______________________________________________________________________</w:t>
        <w:br/>
        <w:t>_______________________________________________________________________</w:t>
        <w:br/>
        <w:t>_______________________________________________________________________</w:t>
        <w:br/>
        <w:t>_______________________________________________________________________</w:t>
        <w:br/>
      </w:r>
    </w:p>
    <w:p/>
    <w:p>
      <w:r>
        <w:rPr>
          <w:b/>
          <w:sz w:val="20"/>
        </w:rPr>
        <w:t>Incident Classification (Internal Use Only)</w:t>
      </w:r>
    </w:p>
    <w:p>
      <w:r>
        <w:rPr>
          <w:b w:val="0"/>
          <w:sz w:val="20"/>
        </w:rPr>
        <w:t>Severity Level:</w:t>
      </w:r>
    </w:p>
    <w:p>
      <w:r>
        <w:rPr>
          <w:b w:val="0"/>
          <w:sz w:val="20"/>
        </w:rPr>
        <w:t>☐ Minor</w:t>
      </w:r>
    </w:p>
    <w:p>
      <w:r>
        <w:rPr>
          <w:b w:val="0"/>
          <w:sz w:val="20"/>
        </w:rPr>
        <w:t>☐ Moderate</w:t>
      </w:r>
    </w:p>
    <w:p>
      <w:r>
        <w:rPr>
          <w:b w:val="0"/>
          <w:sz w:val="20"/>
        </w:rPr>
        <w:t>☐ Serious</w:t>
      </w:r>
    </w:p>
    <w:p>
      <w:r>
        <w:rPr>
          <w:b w:val="0"/>
          <w:sz w:val="20"/>
        </w:rPr>
        <w:t>☐ Critical</w:t>
      </w:r>
    </w:p>
    <w:p>
      <w:r>
        <w:rPr>
          <w:b w:val="0"/>
          <w:sz w:val="20"/>
        </w:rPr>
        <w:t>Category:</w:t>
      </w:r>
    </w:p>
    <w:p>
      <w:r>
        <w:rPr>
          <w:b w:val="0"/>
          <w:sz w:val="20"/>
        </w:rPr>
        <w:t>☐ Bullying/Harassment</w:t>
      </w:r>
    </w:p>
    <w:p>
      <w:r>
        <w:rPr>
          <w:b w:val="0"/>
          <w:sz w:val="20"/>
        </w:rPr>
        <w:t>☐ Physical Injury</w:t>
      </w:r>
    </w:p>
    <w:p>
      <w:r>
        <w:rPr>
          <w:b w:val="0"/>
          <w:sz w:val="20"/>
        </w:rPr>
        <w:t>☐ Property Damage</w:t>
      </w:r>
    </w:p>
    <w:p>
      <w:r>
        <w:rPr>
          <w:b w:val="0"/>
          <w:sz w:val="20"/>
        </w:rPr>
        <w:t>☐ Behavioral Issue</w:t>
      </w:r>
    </w:p>
    <w:p>
      <w:r>
        <w:rPr>
          <w:b w:val="0"/>
          <w:sz w:val="20"/>
        </w:rPr>
        <w:t>☐ Medical Emergency</w:t>
      </w:r>
    </w:p>
    <w:p>
      <w:r>
        <w:rPr>
          <w:b w:val="0"/>
          <w:sz w:val="20"/>
        </w:rPr>
        <w:t>☐ Other: ________________________________________________________________</w:t>
      </w:r>
    </w:p>
    <w:p/>
    <w:p>
      <w:r>
        <w:rPr>
          <w:b/>
          <w:sz w:val="20"/>
        </w:rPr>
        <w:t>Confidentiality and Legal Statement</w:t>
      </w:r>
    </w:p>
    <w:p>
      <w:r>
        <w:rPr>
          <w:b w:val="0"/>
          <w:sz w:val="20"/>
        </w:rPr>
        <w:t>This report is confidential and intended for use only by authorized school personnel.</w:t>
      </w:r>
    </w:p>
    <w:p>
      <w:r>
        <w:rPr>
          <w:b w:val="0"/>
          <w:sz w:val="20"/>
        </w:rPr>
        <w:t>The information contained herein is accurate to the best of the reporter's knowledge.</w:t>
      </w:r>
    </w:p>
    <w:p>
      <w:r>
        <w:rPr>
          <w:b w:val="0"/>
          <w:sz w:val="20"/>
        </w:rPr>
        <w:t>Falsification of information may result in disciplinary action or legal consequences.</w:t>
      </w:r>
    </w:p>
    <w:p>
      <w:r>
        <w:rPr>
          <w:b w:val="0"/>
          <w:sz w:val="20"/>
        </w:rPr>
        <w:t>This report complies with all applicable United States laws regarding student and staff privacy and incident reporting.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REPORTER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ADMINISTRATOR REVIEWING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</w:t>
              <w:br/>
              <w:t>Date: 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</w:t>
              <w:br/>
              <w:t>Date: 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https://docs-administrative.com/school-incident-report-template/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https://docs-administrative.com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docs-administrative.com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-administrative.com/school-incident-report-template/" TargetMode="External"/><Relationship Id="rId10" Type="http://schemas.openxmlformats.org/officeDocument/2006/relationships/hyperlink" Target="https://docs-administrativ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