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SLANDER LETTER</w:t>
      </w:r>
    </w:p>
    <w:p/>
    <w:p/>
    <w:p>
      <w:r>
        <w:rPr>
          <w:b/>
          <w:sz w:val="20"/>
        </w:rPr>
        <w:t>Sender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Email: ________________________________________________________________</w:t>
      </w:r>
    </w:p>
    <w:p>
      <w:r>
        <w:rPr>
          <w:b w:val="0"/>
          <w:sz w:val="20"/>
        </w:rPr>
        <w:t>Phone Number: _________________________________________________________</w:t>
      </w:r>
    </w:p>
    <w:p/>
    <w:p>
      <w:r>
        <w:rPr>
          <w:b/>
          <w:sz w:val="20"/>
        </w:rPr>
        <w:t>Recipient Information:</w:t>
      </w:r>
    </w:p>
    <w:p>
      <w:r>
        <w:rPr>
          <w:b w:val="0"/>
          <w:sz w:val="20"/>
        </w:rPr>
        <w:t>Full Name or Company: _________________________________________________</w:t>
      </w:r>
    </w:p>
    <w:p>
      <w:r>
        <w:rPr>
          <w:b w:val="0"/>
          <w:sz w:val="20"/>
        </w:rPr>
        <w:t>Address: ______________________________________________________________</w:t>
      </w:r>
    </w:p>
    <w:p>
      <w:r>
        <w:rPr>
          <w:b w:val="0"/>
          <w:sz w:val="20"/>
        </w:rPr>
        <w:t>Email: ________________________________________________________________</w:t>
      </w:r>
    </w:p>
    <w:p>
      <w:r>
        <w:rPr>
          <w:b w:val="0"/>
          <w:sz w:val="20"/>
        </w:rPr>
        <w:t>Phone Number: _________________________________________________________</w:t>
      </w:r>
    </w:p>
    <w:p/>
    <w:p>
      <w:r>
        <w:rPr>
          <w:b/>
          <w:sz w:val="20"/>
        </w:rPr>
        <w:t>Subject:</w:t>
      </w:r>
    </w:p>
    <w:p>
      <w:pPr>
        <w:jc w:val="center"/>
      </w:pPr>
      <w:r>
        <w:rPr>
          <w:b/>
          <w:sz w:val="20"/>
        </w:rPr>
        <w:t>Formal Notice of Defamatory Statements</w:t>
      </w:r>
    </w:p>
    <w:p/>
    <w:p/>
    <w:p>
      <w:r>
        <w:rPr>
          <w:b w:val="0"/>
          <w:sz w:val="20"/>
        </w:rPr>
        <w:t>Dear Sir/Madam,</w:t>
      </w:r>
    </w:p>
    <w:p/>
    <w:p>
      <w:r>
        <w:rPr>
          <w:b w:val="0"/>
          <w:sz w:val="20"/>
        </w:rPr>
        <w:t>I am writing to formally notify you that certain statements you have made about me/us are defamatory and have caused, and continue to cause, significant harm to my/our reputation and professional standing.</w:t>
      </w:r>
    </w:p>
    <w:p/>
    <w:p>
      <w:r>
        <w:rPr>
          <w:b/>
          <w:sz w:val="20"/>
        </w:rPr>
        <w:t>1. Statement of Defamatory Remarks</w:t>
      </w:r>
    </w:p>
    <w:p>
      <w:r>
        <w:rPr>
          <w:b w:val="0"/>
          <w:sz w:val="20"/>
        </w:rPr>
        <w:t>On or about the following dates and occasions, you made the following false and defamatory statements about me/us:</w:t>
      </w:r>
    </w:p>
    <w:p>
      <w:r>
        <w:rPr>
          <w:b w:val="0"/>
          <w:sz w:val="20"/>
        </w:rPr>
        <w:t>________________________________________________________________________</w:t>
      </w:r>
    </w:p>
    <w:p>
      <w:r>
        <w:rPr>
          <w:b w:val="0"/>
          <w:sz w:val="20"/>
        </w:rPr>
        <w:t>________________________________________________________________________</w:t>
      </w:r>
    </w:p>
    <w:p>
      <w:r>
        <w:rPr>
          <w:b w:val="0"/>
          <w:sz w:val="20"/>
        </w:rPr>
        <w:t>________________________________________________________________________</w:t>
      </w:r>
    </w:p>
    <w:p/>
    <w:p>
      <w:r>
        <w:rPr>
          <w:b/>
          <w:sz w:val="20"/>
        </w:rPr>
        <w:t>2. Explanation of Falsity and Harm</w:t>
      </w:r>
    </w:p>
    <w:p>
      <w:r>
        <w:rPr>
          <w:b w:val="0"/>
          <w:sz w:val="20"/>
        </w:rPr>
        <w:t>These statements are entirely false, misleading, and have caused serious injury to my/our reputation, including but not limited to:</w:t>
      </w:r>
    </w:p>
    <w:p>
      <w:r>
        <w:rPr>
          <w:b w:val="0"/>
          <w:sz w:val="20"/>
        </w:rPr>
        <w:t>- Loss of business opportunities and clients</w:t>
      </w:r>
    </w:p>
    <w:p>
      <w:r>
        <w:rPr>
          <w:b w:val="0"/>
          <w:sz w:val="20"/>
        </w:rPr>
        <w:t>- Emotional distress and mental anguish</w:t>
      </w:r>
    </w:p>
    <w:p>
      <w:r>
        <w:rPr>
          <w:b w:val="0"/>
          <w:sz w:val="20"/>
        </w:rPr>
        <w:t>- Damage to personal and professional relationships</w:t>
      </w:r>
    </w:p>
    <w:p/>
    <w:p>
      <w:r>
        <w:rPr>
          <w:b/>
          <w:sz w:val="20"/>
        </w:rPr>
        <w:t>3. Legal Basis</w:t>
      </w:r>
    </w:p>
    <w:p>
      <w:r>
        <w:rPr>
          <w:b w:val="0"/>
          <w:sz w:val="20"/>
        </w:rPr>
        <w:t>Under English law, slander constitutes a defamatory statement made orally which damages the reputation of an individual or entity. The statements you have made meet these criteria and are actionable.</w:t>
      </w:r>
    </w:p>
    <w:p/>
    <w:p>
      <w:r>
        <w:rPr>
          <w:b/>
          <w:sz w:val="20"/>
        </w:rPr>
        <w:t>4. Demand to Cease and Desist</w:t>
      </w:r>
    </w:p>
    <w:p>
      <w:r>
        <w:rPr>
          <w:b w:val="0"/>
          <w:sz w:val="20"/>
        </w:rPr>
        <w:t>You are hereby demanded to immediately cease and desist from making any further defamatory statements regarding me/us. Further, you are requested to provide a written retraction and apology to be made no later than 14 days from receipt of this letter.</w:t>
      </w:r>
    </w:p>
    <w:p/>
    <w:p>
      <w:r>
        <w:rPr>
          <w:b/>
          <w:sz w:val="20"/>
        </w:rPr>
        <w:t>5. Warning of Legal Action</w:t>
      </w:r>
    </w:p>
    <w:p>
      <w:r>
        <w:rPr>
          <w:b w:val="0"/>
          <w:sz w:val="20"/>
        </w:rPr>
        <w:t>If you fail to comply with these demands, I/we reserve the right to pursue all available legal remedies, including commencing proceedings for defamation in the appropriate court. This may result in an award of damages, legal costs, and injunctive relief against you.</w:t>
      </w:r>
    </w:p>
    <w:p/>
    <w:p>
      <w:r>
        <w:rPr>
          <w:b/>
          <w:sz w:val="20"/>
        </w:rPr>
        <w:t>6. Preservation of Evidence</w:t>
      </w:r>
    </w:p>
    <w:p>
      <w:r>
        <w:rPr>
          <w:b w:val="0"/>
          <w:sz w:val="20"/>
        </w:rPr>
        <w:t>You are also requested to preserve all communications, documents, and electronic records related to the defamatory statements made.</w:t>
      </w:r>
    </w:p>
    <w:p/>
    <w:p>
      <w:r>
        <w:rPr>
          <w:b/>
          <w:sz w:val="20"/>
        </w:rPr>
        <w:t>7. Reservation of Rights</w:t>
      </w:r>
    </w:p>
    <w:p>
      <w:r>
        <w:rPr>
          <w:b w:val="0"/>
          <w:sz w:val="20"/>
        </w:rPr>
        <w:t>Nothing in this letter shall be construed as a waiver or limitation of any of my/our rights, claims, or remedies, all of which are expressly reserved.</w:t>
      </w:r>
    </w:p>
    <w:p/>
    <w:p/>
    <w:p>
      <w:r>
        <w:rPr>
          <w:b w:val="0"/>
          <w:sz w:val="20"/>
        </w:rPr>
        <w:t>Yours faithfully,</w:t>
      </w:r>
    </w:p>
    <w:p/>
    <w:p/>
    <w:p/>
    <w:p/>
    <w:p>
      <w:r>
        <w:rPr>
          <w:b w:val="0"/>
          <w:sz w:val="20"/>
        </w:rPr>
        <w:t>_____________________________</w:t>
      </w:r>
    </w:p>
    <w:p>
      <w:r>
        <w:rPr>
          <w:b w:val="0"/>
          <w:sz w:val="20"/>
        </w:rPr>
        <w:t>Sender’s Signature</w:t>
      </w:r>
    </w:p>
    <w:p>
      <w:r>
        <w:rPr>
          <w:b w:val="0"/>
          <w:sz w:val="20"/>
        </w:rPr>
        <w:t>Name: _________________________________________________________________</w:t>
      </w:r>
    </w:p>
    <w:p>
      <w:r>
        <w:rPr>
          <w:b w:val="0"/>
          <w:sz w:val="20"/>
        </w:rPr>
        <w:t>Date: _________________________________________________________________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WITNESS</w:t>
            </w:r>
          </w:p>
        </w:tc>
        <w:tc>
          <w:tcPr>
            <w:tcW w:type="dxa" w:w="4986"/>
            <w:tcBorders>
              <w:top w:val="nil"/>
              <w:left w:val="nil"/>
              <w:bottom w:val="nil"/>
              <w:right w:val="nil"/>
              <w:insideH w:val="nil"/>
              <w:insideV w:val="nil"/>
            </w:tcBorders>
          </w:tcPr>
          <w:p>
            <w:pPr>
              <w:jc w:val="center"/>
            </w:pPr>
            <w:r>
              <w:t>RECIPIENT (if applicable)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  Date: __________________</w:t>
            </w:r>
          </w:p>
        </w:tc>
        <w:tc>
          <w:tcPr>
            <w:tcW w:type="dxa" w:w="4986"/>
            <w:tcBorders>
              <w:top w:val="nil"/>
              <w:left w:val="nil"/>
              <w:bottom w:val="nil"/>
              <w:right w:val="nil"/>
              <w:insideH w:val="nil"/>
              <w:insideV w:val="nil"/>
            </w:tcBorders>
          </w:tcPr>
          <w:p>
            <w:pPr>
              <w:jc w:val="center"/>
            </w:pPr>
            <w:r>
              <w:t>Name: ________________________________  Date: 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https://docs-administrative.com/slander-letter-template-uk/</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https://docs-administrative.com</w:t>
        </w:r>
      </w:hyperlink>
    </w:p>
    <w:p>
      <w:pPr>
        <w:jc w:val="center"/>
      </w:pPr>
      <w:r>
        <w:rPr>
          <w:color w:val="808080"/>
          <w:sz w:val="20"/>
        </w:rPr>
        <w:t>This template is intended exclusively for personal, non-commercial use.</w:t>
        <w:br/>
        <w:t>If distributed or published, the source must be mentioned. © docs-administrative.com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administrative.com/slander-letter-template-uk/" TargetMode="External"/><Relationship Id="rId10" Type="http://schemas.openxmlformats.org/officeDocument/2006/relationships/hyperlink" Target="https://docs-administrativ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