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TUTORING SERVICES AGREEMENT</w:t>
      </w:r>
    </w:p>
    <w:p/>
    <w:p>
      <w:r>
        <w:rPr>
          <w:b/>
          <w:sz w:val="20"/>
        </w:rPr>
        <w:t>This Tutoring Services Agreement ("Agreement") is made between the following parties:</w:t>
      </w:r>
    </w:p>
    <w:p/>
    <w:p>
      <w:r>
        <w:rPr>
          <w:b/>
          <w:sz w:val="20"/>
        </w:rPr>
        <w:t>Tutor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</w:t>
      </w:r>
    </w:p>
    <w:p/>
    <w:p>
      <w:r>
        <w:rPr>
          <w:b/>
          <w:sz w:val="20"/>
        </w:rPr>
        <w:t>Student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</w:t>
      </w:r>
    </w:p>
    <w:p/>
    <w:p>
      <w:r>
        <w:rPr>
          <w:b/>
          <w:sz w:val="20"/>
        </w:rPr>
        <w:t>Parent/Guardian Information (if Student is a minor):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</w:t>
      </w:r>
    </w:p>
    <w:p/>
    <w:p>
      <w:r>
        <w:rPr>
          <w:b/>
          <w:sz w:val="22"/>
        </w:rPr>
        <w:t>RECITALS</w:t>
      </w:r>
    </w:p>
    <w:p>
      <w:r>
        <w:rPr>
          <w:b w:val="0"/>
          <w:sz w:val="20"/>
        </w:rPr>
        <w:t>WHEREAS, Tutor has expertise and experience in providing tutoring services;</w:t>
      </w:r>
    </w:p>
    <w:p>
      <w:r>
        <w:rPr>
          <w:b w:val="0"/>
          <w:sz w:val="20"/>
        </w:rPr>
        <w:t>WHEREAS, Student (or Student’s Parent/Guardian) desires to retain Tutor to provide tutoring services under the terms set forth herein;</w:t>
      </w:r>
    </w:p>
    <w:p>
      <w:r>
        <w:rPr>
          <w:b w:val="0"/>
          <w:sz w:val="20"/>
        </w:rPr>
        <w:t>NOW, THEREFORE, in consideration of the mutual promises and covenants contained herein, the parties agree as follows:</w:t>
      </w:r>
    </w:p>
    <w:p/>
    <w:p>
      <w:r>
        <w:rPr>
          <w:b/>
          <w:sz w:val="22"/>
        </w:rPr>
        <w:t>1. SERVICES</w:t>
      </w:r>
    </w:p>
    <w:p>
      <w:r>
        <w:rPr>
          <w:b w:val="0"/>
          <w:sz w:val="20"/>
        </w:rPr>
        <w:t>Tutor agrees to provide tutoring services in the subject(s) of: ________________________________.</w:t>
      </w:r>
    </w:p>
    <w:p>
      <w:r>
        <w:rPr>
          <w:b w:val="0"/>
          <w:sz w:val="20"/>
        </w:rPr>
        <w:t>Tutor shall provide educational instruction and related support to assist Student in improving academic performance.</w:t>
      </w:r>
    </w:p>
    <w:p>
      <w:r>
        <w:rPr>
          <w:b w:val="0"/>
          <w:sz w:val="20"/>
        </w:rPr>
        <w:t>Services shall be delivered in-person at: _________________________________________________ or remotely via: __________________________________.</w:t>
      </w:r>
    </w:p>
    <w:p>
      <w:r>
        <w:rPr>
          <w:b w:val="0"/>
          <w:sz w:val="20"/>
        </w:rPr>
        <w:t>Sessions will be scheduled by mutual agreement.</w:t>
      </w:r>
    </w:p>
    <w:p/>
    <w:p>
      <w:r>
        <w:rPr>
          <w:b/>
          <w:sz w:val="22"/>
        </w:rPr>
        <w:t>2. TERM</w:t>
      </w:r>
    </w:p>
    <w:p>
      <w:r>
        <w:rPr>
          <w:b w:val="0"/>
          <w:sz w:val="20"/>
        </w:rPr>
        <w:t>This Agreement shall commence upon signature by both parties and shall continue until terminated as provided herein.</w:t>
      </w:r>
    </w:p>
    <w:p/>
    <w:p>
      <w:r>
        <w:rPr>
          <w:b/>
          <w:sz w:val="22"/>
        </w:rPr>
        <w:t>3. FEES AND PAYMENT</w:t>
      </w:r>
    </w:p>
    <w:p>
      <w:r>
        <w:rPr>
          <w:b w:val="0"/>
          <w:sz w:val="20"/>
        </w:rPr>
        <w:t>The tutoring fee shall be $____________ per session/hour (circle one).</w:t>
      </w:r>
    </w:p>
    <w:p>
      <w:r>
        <w:rPr>
          <w:b w:val="0"/>
          <w:sz w:val="20"/>
        </w:rPr>
        <w:t>Payment is due prior to or at the time of each session unless otherwise agreed in writing.</w:t>
      </w:r>
    </w:p>
    <w:p>
      <w:r>
        <w:rPr>
          <w:b w:val="0"/>
          <w:sz w:val="20"/>
        </w:rPr>
        <w:t>Accepted payment methods include: _____________________________________________________.</w:t>
      </w:r>
    </w:p>
    <w:p>
      <w:r>
        <w:rPr>
          <w:b w:val="0"/>
          <w:sz w:val="20"/>
        </w:rPr>
        <w:t>Late payments may be subject to a late fee of $____________ per day/week.</w:t>
      </w:r>
    </w:p>
    <w:p/>
    <w:p>
      <w:r>
        <w:rPr>
          <w:b/>
          <w:sz w:val="22"/>
        </w:rPr>
        <w:t>4. SCHEDULING AND CANCELLATION</w:t>
      </w:r>
    </w:p>
    <w:p>
      <w:r>
        <w:rPr>
          <w:b w:val="0"/>
          <w:sz w:val="20"/>
        </w:rPr>
        <w:t>Sessions will be scheduled at mutually agreed times.</w:t>
      </w:r>
    </w:p>
    <w:p>
      <w:r>
        <w:rPr>
          <w:b w:val="0"/>
          <w:sz w:val="20"/>
        </w:rPr>
        <w:t>Student or Parent/Guardian agrees to provide at least 24 hours’ notice for cancellation or rescheduling of a session.</w:t>
      </w:r>
    </w:p>
    <w:p>
      <w:r>
        <w:rPr>
          <w:b w:val="0"/>
          <w:sz w:val="20"/>
        </w:rPr>
        <w:t>Cancellations with less than 24 hours’ notice may be charged the full session fee at Tutor’s discretion.</w:t>
      </w:r>
    </w:p>
    <w:p>
      <w:r>
        <w:rPr>
          <w:b w:val="0"/>
          <w:sz w:val="20"/>
        </w:rPr>
        <w:t>Tutor reserves the right to cancel or reschedule sessions with reasonable notice.</w:t>
      </w:r>
    </w:p>
    <w:p/>
    <w:p>
      <w:r>
        <w:rPr>
          <w:b/>
          <w:sz w:val="22"/>
        </w:rPr>
        <w:t>5. RESPONSIBILITIES OF THE TUTOR</w:t>
      </w:r>
    </w:p>
    <w:p>
      <w:r>
        <w:rPr>
          <w:b w:val="0"/>
          <w:sz w:val="20"/>
        </w:rPr>
        <w:t>Tutor shall provide competent tutoring services consistent with industry standards.</w:t>
      </w:r>
    </w:p>
    <w:p>
      <w:r>
        <w:rPr>
          <w:b w:val="0"/>
          <w:sz w:val="20"/>
        </w:rPr>
        <w:t>Tutor will maintain appropriate qualifications and credentials for the subjects tutored.</w:t>
      </w:r>
    </w:p>
    <w:p>
      <w:r>
        <w:rPr>
          <w:b w:val="0"/>
          <w:sz w:val="20"/>
        </w:rPr>
        <w:t>Tutor agrees to maintain confidentiality of Student’s academic and personal information, except as required by law.</w:t>
      </w:r>
    </w:p>
    <w:p/>
    <w:p>
      <w:r>
        <w:rPr>
          <w:b/>
          <w:sz w:val="22"/>
        </w:rPr>
        <w:t>6. RESPONSIBILITIES OF THE STUDENT/PARENT/GUARDIAN</w:t>
      </w:r>
    </w:p>
    <w:p>
      <w:r>
        <w:rPr>
          <w:b w:val="0"/>
          <w:sz w:val="20"/>
        </w:rPr>
        <w:t>Student agrees to attend scheduled sessions punctually and prepared to participate.</w:t>
      </w:r>
    </w:p>
    <w:p>
      <w:r>
        <w:rPr>
          <w:b w:val="0"/>
          <w:sz w:val="20"/>
        </w:rPr>
        <w:t>Parent/Guardian agrees to provide a suitable environment conducive to learning for remote sessions.</w:t>
      </w:r>
    </w:p>
    <w:p>
      <w:r>
        <w:rPr>
          <w:b w:val="0"/>
          <w:sz w:val="20"/>
        </w:rPr>
        <w:t>Parent/Guardian is responsible for timely payment of fees and communication with Tutor.</w:t>
      </w:r>
    </w:p>
    <w:p/>
    <w:p>
      <w:r>
        <w:rPr>
          <w:b/>
          <w:sz w:val="22"/>
        </w:rPr>
        <w:t>7. TERMINATION</w:t>
      </w:r>
    </w:p>
    <w:p>
      <w:r>
        <w:rPr>
          <w:b w:val="0"/>
          <w:sz w:val="20"/>
        </w:rPr>
        <w:t>Either party may terminate this Agreement at any time with written notice to the other party.</w:t>
      </w:r>
    </w:p>
    <w:p>
      <w:r>
        <w:rPr>
          <w:b w:val="0"/>
          <w:sz w:val="20"/>
        </w:rPr>
        <w:t>Upon termination, all outstanding fees for services rendered prior to termination shall become immediately due and payable.</w:t>
      </w:r>
    </w:p>
    <w:p>
      <w:r>
        <w:rPr>
          <w:b w:val="0"/>
          <w:sz w:val="20"/>
        </w:rPr>
        <w:t>Termination shall not affect rights and obligations accrued prior to termination.</w:t>
      </w:r>
    </w:p>
    <w:p/>
    <w:p>
      <w:r>
        <w:rPr>
          <w:b/>
          <w:sz w:val="22"/>
        </w:rPr>
        <w:t>8. DISCLAIMER AND LIMITATION OF LIABILITY</w:t>
      </w:r>
    </w:p>
    <w:p>
      <w:r>
        <w:rPr>
          <w:b w:val="0"/>
          <w:sz w:val="20"/>
        </w:rPr>
        <w:t>Tutor makes no guarantees or warranties regarding Student’s academic improvement or outcomes.</w:t>
      </w:r>
    </w:p>
    <w:p>
      <w:r>
        <w:rPr>
          <w:b w:val="0"/>
          <w:sz w:val="20"/>
        </w:rPr>
        <w:t>Tutor shall not be liable for any indirect, incidental, consequential, special, or punitive damages arising out of or relating to this Agreement.</w:t>
      </w:r>
    </w:p>
    <w:p>
      <w:r>
        <w:rPr>
          <w:b w:val="0"/>
          <w:sz w:val="20"/>
        </w:rPr>
        <w:t>Student and Parent/Guardian agree to indemnify and hold Tutor harmless from any claims arising from Student’s use of tutoring services.</w:t>
      </w:r>
    </w:p>
    <w:p/>
    <w:p>
      <w:r>
        <w:rPr>
          <w:b/>
          <w:sz w:val="22"/>
        </w:rPr>
        <w:t>9. CONFIDENTIALITY</w:t>
      </w:r>
    </w:p>
    <w:p>
      <w:r>
        <w:rPr>
          <w:b w:val="0"/>
          <w:sz w:val="20"/>
        </w:rPr>
        <w:t>All personal, academic, and other information shared between parties shall be kept confidential.</w:t>
      </w:r>
    </w:p>
    <w:p>
      <w:r>
        <w:rPr>
          <w:b w:val="0"/>
          <w:sz w:val="20"/>
        </w:rPr>
        <w:t>Disclosure is permitted only with prior written consent or as required by law.</w:t>
      </w:r>
    </w:p>
    <w:p/>
    <w:p>
      <w:r>
        <w:rPr>
          <w:b/>
          <w:sz w:val="22"/>
        </w:rPr>
        <w:t>10. GOVERNING LAW AND DISPUTE RESOLUTION</w:t>
      </w:r>
    </w:p>
    <w:p>
      <w:r>
        <w:rPr>
          <w:b w:val="0"/>
          <w:sz w:val="20"/>
        </w:rPr>
        <w:t>This Agreement shall be governed by and construed under the laws of the State of ____________________.</w:t>
      </w:r>
    </w:p>
    <w:p>
      <w:r>
        <w:rPr>
          <w:b w:val="0"/>
          <w:sz w:val="20"/>
        </w:rPr>
        <w:t>Any disputes arising under or in connection with this Agreement shall be resolved through informal negotiation between parties.</w:t>
      </w:r>
    </w:p>
    <w:p>
      <w:r>
        <w:rPr>
          <w:b w:val="0"/>
          <w:sz w:val="20"/>
        </w:rPr>
        <w:t>If unresolved, disputes shall be submitted to mediation before pursuing any other legal remedies.</w:t>
      </w:r>
    </w:p>
    <w:p>
      <w:r>
        <w:rPr>
          <w:b w:val="0"/>
          <w:sz w:val="20"/>
        </w:rPr>
        <w:t>Venue for any legal actions shall be in the appropriate courts located in ____________________.</w:t>
      </w:r>
    </w:p>
    <w:p/>
    <w:p>
      <w:r>
        <w:rPr>
          <w:b/>
          <w:sz w:val="22"/>
        </w:rPr>
        <w:t>11. ENTIRE AGREEMENT</w:t>
      </w:r>
    </w:p>
    <w:p>
      <w:r>
        <w:rPr>
          <w:b w:val="0"/>
          <w:sz w:val="20"/>
        </w:rPr>
        <w:t>This Agreement constitutes the entire understanding between the parties and supersedes all prior agreements, whether oral or written.</w:t>
      </w:r>
    </w:p>
    <w:p>
      <w:r>
        <w:rPr>
          <w:b w:val="0"/>
          <w:sz w:val="20"/>
        </w:rPr>
        <w:t>Any amendments or modifications must be in writing and signed by both parties.</w:t>
      </w:r>
    </w:p>
    <w:p/>
    <w:p>
      <w:r>
        <w:rPr>
          <w:b/>
          <w:sz w:val="22"/>
        </w:rPr>
        <w:t>12. SEVERABILITY</w:t>
      </w:r>
    </w:p>
    <w:p>
      <w:r>
        <w:rPr>
          <w:b w:val="0"/>
          <w:sz w:val="20"/>
        </w:rPr>
        <w:t>If any provision of this Agreement is found to be invalid or unenforceable, the remainder shall remain in full force and effect.</w:t>
      </w:r>
    </w:p>
    <w:p/>
    <w:p>
      <w:r>
        <w:rPr>
          <w:b/>
          <w:sz w:val="22"/>
        </w:rPr>
        <w:t>13. WAIVER</w:t>
      </w:r>
    </w:p>
    <w:p>
      <w:r>
        <w:rPr>
          <w:b w:val="0"/>
          <w:sz w:val="20"/>
        </w:rPr>
        <w:t>Failure to enforce any provision of this Agreement shall not constitute a waiver of such provision or the right to enforce it later.</w:t>
      </w:r>
    </w:p>
    <w:p/>
    <w:p/>
    <w:p>
      <w:r>
        <w:rPr>
          <w:b w:val="0"/>
          <w:sz w:val="20"/>
        </w:rPr>
        <w:t>Place of Agreement: 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TUTOR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STUDENT / PARENT / GUARDIAN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https://docs-administrative.com/tutoring-contract-template/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https://docs-administrative.com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docs-administrative.com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-administrative.com/tutoring-contract-template/" TargetMode="External"/><Relationship Id="rId10" Type="http://schemas.openxmlformats.org/officeDocument/2006/relationships/hyperlink" Target="https://docs-administrativ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